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Save My Marriage Today! Affiliate Swipe Pack</w:t>
      </w:r>
    </w:p>
    <w:p>
      <w:r>
        <w:rPr>
          <w:b w:val="0"/>
          <w:i w:val="0"/>
        </w:rPr>
        <w:t>Every email, social post, hook and paid ad from the Save My Marriage Today! affiliate area in one file. Replace {{AFFILIATE_LINK}} with your ClickBank hoplink (https://hop.clickbank.net/?affiliate=YOURID&amp;vendor=savemarria&amp;type=nohop) and {{FREE_COURSE_LINK}} with the same link ending type=minicourse. Replace each line in [square brackets] with one true sentence of your own. The affiliate area at https://savemymarriagetoday.com/aff/aff-link.php fills your links in for you.</w:t>
      </w:r>
    </w:p>
    <w:p>
      <w:r>
        <w:rPr>
          <w:b w:val="0"/>
          <w:i/>
        </w:rPr>
        <w:t>Keep every disclosure. Never promise that the course will save a marriage, never quote a success rate, and quote readers word for word. The full rules: https://savemymarriagetoday.com/aff/aff-rules.php</w:t>
      </w:r>
    </w:p>
    <w:p>
      <w:pPr>
        <w:pStyle w:val="Heading1"/>
      </w:pPr>
      <w:r>
        <w:rPr>
          <w:color w:val="182849"/>
        </w:rPr>
        <w:t>Part 1: Emails (30)</w:t>
      </w:r>
    </w:p>
    <w:p>
      <w:pPr>
        <w:pStyle w:val="Heading2"/>
      </w:pPr>
      <w:r>
        <w:rPr>
          <w:color w:val="182849"/>
        </w:rPr>
        <w:t>Email 1: "Everything I do seems to make it worse"</w:t>
      </w:r>
    </w:p>
    <w:p>
      <w:r>
        <w:rPr>
          <w:b w:val="0"/>
          <w:i/>
        </w:rPr>
        <w:t>The seven mistakes series · Day 1 · Any list with married readers, including readers who have never heard of the course</w:t>
      </w:r>
    </w:p>
    <w:p>
      <w:r>
        <w:rPr>
          <w:b/>
          <w:i w:val="0"/>
        </w:rPr>
        <w:t>Subject: "Everything I do seems to make it worse"</w:t>
      </w:r>
    </w:p>
    <w:p>
      <w:r>
        <w:rPr>
          <w:b/>
          <w:i w:val="0"/>
        </w:rPr>
        <w:t>Subject: When trying harder pushes them away</w:t>
      </w:r>
    </w:p>
    <w:p>
      <w:r>
        <w:rPr>
          <w:b/>
          <w:i w:val="0"/>
        </w:rPr>
        <w:t>Subject: A letter from a husband in Miami</w:t>
      </w:r>
    </w:p>
    <w:p>
      <w:r>
        <w:rPr>
          <w:b w:val="0"/>
          <w:i w:val="0"/>
        </w:rPr>
        <w:t>Preheader: Brad's wife told him she was unhappy. His first moves made things worse.</w:t>
      </w:r>
    </w:p>
    <w:p>
      <w:r>
        <w:rPr>
          <w:b w:val="0"/>
          <w:i w:val="0"/>
        </w:rPr>
        <w:t>Hi {{first_name}},</w:t>
      </w:r>
    </w:p>
    <w:p>
      <w:r>
        <w:rPr>
          <w:b w:val="0"/>
          <w:i w:val="0"/>
        </w:rPr>
        <w:t>Save My Marriage Today! opens one of its chapters with a letter from Brad in Miami.</w:t>
      </w:r>
    </w:p>
    <w:p>
      <w:r>
        <w:rPr>
          <w:b w:val="0"/>
          <w:i w:val="0"/>
        </w:rPr>
        <w:t>His wife came home from work and told him she wasn't happy, and hadn't been for a long time. Brad cried and pleaded with her to stay for the kids. When that didn't work he got angry, accused her of not making enough effort and asked if she was having an affair. He finished his letter with this: "Everything I do or say to her just seems to be making it worse."</w:t>
      </w:r>
    </w:p>
    <w:p>
      <w:r>
        <w:rPr>
          <w:b w:val="0"/>
          <w:i w:val="0"/>
        </w:rPr>
        <w:t>The book's answer to Brad is here:</w:t>
      </w:r>
    </w:p>
    <w:p>
      <w:r>
        <w:rPr>
          <w:b w:val="0"/>
          <w:i w:val="0"/>
        </w:rPr>
        <w:t>==&gt; {{AFFILIATE_LINK}}</w:t>
      </w:r>
    </w:p>
    <w:p>
      <w:r>
        <w:rPr>
          <w:b w:val="0"/>
          <w:i w:val="0"/>
        </w:rPr>
        <w:t>It calls what Brad did "damage control". You panic, do the first thing that comes into your head and hope the right words will arrive as you speak. The book says that in many cases this does far more damage to your chances of saving the marriage than the problem you started with.</w:t>
      </w:r>
    </w:p>
    <w:p>
      <w:r>
        <w:rPr>
          <w:b w:val="0"/>
          <w:i w:val="0"/>
        </w:rPr>
        <w:t>Its first question is how long it has been since the problem came out into the open. Usually it's only days, sometimes hours, and the urge is to fix everything as quickly as possible. That urge is the first of seven mistakes the chapter walks you through.</w:t>
      </w:r>
    </w:p>
    <w:p>
      <w:r>
        <w:rPr>
          <w:b w:val="0"/>
          <w:i w:val="0"/>
        </w:rPr>
        <w:t>[Add one honest sentence about why this matters to your readers]</w:t>
      </w:r>
    </w:p>
    <w:p>
      <w:r>
        <w:rPr>
          <w:b w:val="0"/>
          <w:i w:val="0"/>
        </w:rPr>
        <w:t>If you're in Brad's position this week, read this before you say anything else:</w:t>
      </w:r>
    </w:p>
    <w:p>
      <w:r>
        <w:rPr>
          <w:b w:val="0"/>
          <w:i w:val="0"/>
        </w:rPr>
        <w:t>==&gt; {{AFFILIATE_LINK}}</w:t>
      </w:r>
    </w:p>
    <w:p>
      <w:r>
        <w:rPr>
          <w:b w:val="0"/>
          <w:i w:val="0"/>
        </w:rPr>
        <w:t>[Your name]</w:t>
      </w:r>
    </w:p>
    <w:p>
      <w:r>
        <w:rPr>
          <w:b w:val="0"/>
          <w:i w:val="0"/>
        </w:rPr>
        <w:t>P.S. The second mistake comes down to one question the book asks, and it's worth answering honestly.</w:t>
      </w:r>
    </w:p>
    <w:p>
      <w:r>
        <w:rPr>
          <w:b w:val="0"/>
          <w:i/>
        </w:rPr>
        <w:t>I may earn a commission if you buy through my link, at no extra cost to you.</w:t>
      </w:r>
    </w:p>
    <w:p>
      <w:pPr>
        <w:pStyle w:val="Heading2"/>
      </w:pPr>
      <w:r>
        <w:rPr>
          <w:color w:val="182849"/>
        </w:rPr>
        <w:t>Email 2: Which matters more to you?</w:t>
      </w:r>
    </w:p>
    <w:p>
      <w:r>
        <w:rPr>
          <w:b w:val="0"/>
          <w:i/>
        </w:rPr>
        <w:t>The seven mistakes series · Day 3 · Any list with married readers</w:t>
      </w:r>
    </w:p>
    <w:p>
      <w:r>
        <w:rPr>
          <w:b/>
          <w:i w:val="0"/>
        </w:rPr>
        <w:t>Subject: Which matters more to you?</w:t>
      </w:r>
    </w:p>
    <w:p>
      <w:r>
        <w:rPr>
          <w:b/>
          <w:i w:val="0"/>
        </w:rPr>
        <w:t>Subject: Right or together? You may have to pick</w:t>
      </w:r>
    </w:p>
    <w:p>
      <w:r>
        <w:rPr>
          <w:b/>
          <w:i w:val="0"/>
        </w:rPr>
        <w:t>Subject: One question from Save My Marriage Today!</w:t>
      </w:r>
    </w:p>
    <w:p>
      <w:r>
        <w:rPr>
          <w:b w:val="0"/>
          <w:i w:val="0"/>
        </w:rPr>
        <w:t>Preheader: A one-line question worth asking yourself before your next argument.</w:t>
      </w:r>
    </w:p>
    <w:p>
      <w:r>
        <w:rPr>
          <w:b w:val="0"/>
          <w:i w:val="0"/>
        </w:rPr>
        <w:t>Hi {{first_name}},</w:t>
      </w:r>
    </w:p>
    <w:p>
      <w:r>
        <w:rPr>
          <w:b w:val="0"/>
          <w:i w:val="0"/>
        </w:rPr>
        <w:t>Save My Marriage Today! asks a question worth a moment's thought: which is more important to you, being right or being together?</w:t>
      </w:r>
    </w:p>
    <w:p>
      <w:r>
        <w:rPr>
          <w:b w:val="0"/>
          <w:i w:val="0"/>
        </w:rPr>
        <w:t>It comes in the chapter on the mistakes people make when they first find out their marriage is in trouble. One of the most natural reactions is to deny any part in it and decide the real problem is your spouse's selfishness or the way they talk to you.</w:t>
      </w:r>
    </w:p>
    <w:p>
      <w:r>
        <w:rPr>
          <w:b w:val="0"/>
          <w:i w:val="0"/>
        </w:rPr>
        <w:t>Read what the course says about it here:</w:t>
      </w:r>
    </w:p>
    <w:p>
      <w:r>
        <w:rPr>
          <w:b w:val="0"/>
          <w:i w:val="0"/>
        </w:rPr>
        <w:t>==&gt; {{AFFILIATE_LINK}}</w:t>
      </w:r>
    </w:p>
    <w:p>
      <w:r>
        <w:rPr>
          <w:b w:val="0"/>
          <w:i w:val="0"/>
        </w:rPr>
        <w:t>The book accepts that responsibility is rarely split evenly, and that more of it may sit with your spouse than with you. Whoever started it, the solution rests with both of you, because you are both invested in the marriage.</w:t>
      </w:r>
    </w:p>
    <w:p>
      <w:r>
        <w:rPr>
          <w:b w:val="0"/>
          <w:i w:val="0"/>
        </w:rPr>
        <w:t>Almaz from Ethiopia read the course and wrote: "I understand that only being right is not useful in marriage life and I changed my life style my attitude and my action."</w:t>
      </w:r>
    </w:p>
    <w:p>
      <w:r>
        <w:rPr>
          <w:b w:val="0"/>
          <w:i w:val="0"/>
        </w:rPr>
        <w:t>[Add one honest sentence about a time you chose being right and what it cost you]</w:t>
      </w:r>
    </w:p>
    <w:p>
      <w:r>
        <w:rPr>
          <w:b w:val="0"/>
          <w:i w:val="0"/>
        </w:rPr>
        <w:t>If your marriage keeps circling back to who is to blame, this is where to start:</w:t>
      </w:r>
    </w:p>
    <w:p>
      <w:r>
        <w:rPr>
          <w:b w:val="0"/>
          <w:i w:val="0"/>
        </w:rPr>
        <w:t>==&gt; {{AFFILIATE_LINK}}</w:t>
      </w:r>
    </w:p>
    <w:p>
      <w:r>
        <w:rPr>
          <w:b w:val="0"/>
          <w:i w:val="0"/>
        </w:rPr>
        <w:t>[Your name]</w:t>
      </w:r>
    </w:p>
    <w:p>
      <w:r>
        <w:rPr>
          <w:b w:val="0"/>
          <w:i/>
        </w:rPr>
        <w:t>I may earn a commission if you buy through my link, at no extra cost to you.</w:t>
      </w:r>
    </w:p>
    <w:p>
      <w:pPr>
        <w:pStyle w:val="Heading2"/>
      </w:pPr>
      <w:r>
        <w:rPr>
          <w:color w:val="182849"/>
        </w:rPr>
        <w:t>Email 3: The worst thing to say when they want out</w:t>
      </w:r>
    </w:p>
    <w:p>
      <w:r>
        <w:rPr>
          <w:b w:val="0"/>
          <w:i/>
        </w:rPr>
        <w:t>The seven mistakes series · Day 5 · Readers whose spouse has said they want out</w:t>
      </w:r>
    </w:p>
    <w:p>
      <w:r>
        <w:rPr>
          <w:b/>
          <w:i w:val="0"/>
        </w:rPr>
        <w:t>Subject: The worst thing to say when they want out</w:t>
      </w:r>
    </w:p>
    <w:p>
      <w:r>
        <w:rPr>
          <w:b/>
          <w:i w:val="0"/>
        </w:rPr>
        <w:t>Subject: Before you plead with your spouse to stay</w:t>
      </w:r>
    </w:p>
    <w:p>
      <w:r>
        <w:rPr>
          <w:b/>
          <w:i w:val="0"/>
        </w:rPr>
        <w:t>Subject: What to say instead of "I'll change"</w:t>
      </w:r>
    </w:p>
    <w:p>
      <w:r>
        <w:rPr>
          <w:b w:val="0"/>
          <w:i w:val="0"/>
        </w:rPr>
        <w:t>Preheader: The first thing people usually say does the most damage to their credibility.</w:t>
      </w:r>
    </w:p>
    <w:p>
      <w:r>
        <w:rPr>
          <w:b w:val="0"/>
          <w:i w:val="0"/>
        </w:rPr>
        <w:t>Hi {{first_name}},</w:t>
      </w:r>
    </w:p>
    <w:p>
      <w:r>
        <w:rPr>
          <w:b w:val="0"/>
          <w:i w:val="0"/>
        </w:rPr>
        <w:t>When someone hears that their husband or wife wants out, the first thing they usually do is plead. They say sorry and promise to change, all in the same breath.</w:t>
      </w:r>
    </w:p>
    <w:p>
      <w:r>
        <w:rPr>
          <w:b w:val="0"/>
          <w:i w:val="0"/>
        </w:rPr>
        <w:t>Save My Marriage Today! lists begging for forgiveness among the seven most common mistakes in a marriage crisis, and says it does a great deal of damage to your credibility.</w:t>
      </w:r>
    </w:p>
    <w:p>
      <w:r>
        <w:rPr>
          <w:b w:val="0"/>
          <w:i w:val="0"/>
        </w:rPr>
        <w:t>See why, and what the course asks you to do in its place:</w:t>
      </w:r>
    </w:p>
    <w:p>
      <w:r>
        <w:rPr>
          <w:b w:val="0"/>
          <w:i w:val="0"/>
        </w:rPr>
        <w:t>==&gt; {{AFFILIATE_LINK}}</w:t>
      </w:r>
    </w:p>
    <w:p>
      <w:r>
        <w:rPr>
          <w:b w:val="0"/>
          <w:i w:val="0"/>
        </w:rPr>
        <w:t>Think about it from your spouse's side. They have been unhappy long enough to say so out loud, and within hours you are promising to become someone new. The book points out that many people who beg for a second chance can't say which of their actions led to the crisis, and a spouse who is already unhappy notices that.</w:t>
      </w:r>
    </w:p>
    <w:p>
      <w:r>
        <w:rPr>
          <w:b w:val="0"/>
          <w:i w:val="0"/>
        </w:rPr>
        <w:t>Its advice is to resist the urge to beg, acknowledge that there is a problem, listen, and understand your own part in it. If you are guilty of what you're accused of, it says, your words will mean very little, and your actions will rebuild trust over time.</w:t>
      </w:r>
    </w:p>
    <w:p>
      <w:r>
        <w:rPr>
          <w:b w:val="0"/>
          <w:i w:val="0"/>
        </w:rPr>
        <w:t>[Add one honest sentence about why this matters to your readers]</w:t>
      </w:r>
    </w:p>
    <w:p>
      <w:r>
        <w:rPr>
          <w:b w:val="0"/>
          <w:i w:val="0"/>
        </w:rPr>
        <w:t>Read this before your next conversation with your spouse:</w:t>
      </w:r>
    </w:p>
    <w:p>
      <w:r>
        <w:rPr>
          <w:b w:val="0"/>
          <w:i w:val="0"/>
        </w:rPr>
        <w:t>==&gt; {{AFFILIATE_LINK}}</w:t>
      </w:r>
    </w:p>
    <w:p>
      <w:r>
        <w:rPr>
          <w:b w:val="0"/>
          <w:i w:val="0"/>
        </w:rPr>
        <w:t>[Your name]</w:t>
      </w:r>
    </w:p>
    <w:p>
      <w:r>
        <w:rPr>
          <w:b w:val="0"/>
          <w:i w:val="0"/>
        </w:rPr>
        <w:t>P.S. There are six more mistakes in the same chapter. One of them is an idea that sounds calm and sensible when a marriage is shaky.</w:t>
      </w:r>
    </w:p>
    <w:p>
      <w:r>
        <w:rPr>
          <w:b w:val="0"/>
          <w:i/>
        </w:rPr>
        <w:t>I may earn a commission if you buy through my link, at no extra cost to you.</w:t>
      </w:r>
    </w:p>
    <w:p>
      <w:pPr>
        <w:pStyle w:val="Heading2"/>
      </w:pPr>
      <w:r>
        <w:rPr>
          <w:color w:val="182849"/>
        </w:rPr>
        <w:t>Email 4: "I love you, but I'm not in love with you"</w:t>
      </w:r>
    </w:p>
    <w:p>
      <w:r>
        <w:rPr>
          <w:b w:val="0"/>
          <w:i/>
        </w:rPr>
        <w:t>The seven mistakes series · Day 7 · Readers whose spouse has gone cold or says the feeling has gone</w:t>
      </w:r>
    </w:p>
    <w:p>
      <w:r>
        <w:rPr>
          <w:b/>
          <w:i w:val="0"/>
        </w:rPr>
        <w:t>Subject: "I love you, but I'm not in love with you"</w:t>
      </w:r>
    </w:p>
    <w:p>
      <w:r>
        <w:rPr>
          <w:b/>
          <w:i w:val="0"/>
        </w:rPr>
        <w:t>Subject: What that sentence really means</w:t>
      </w:r>
    </w:p>
    <w:p>
      <w:r>
        <w:rPr>
          <w:b/>
          <w:i w:val="0"/>
        </w:rPr>
        <w:t>Subject: About the words that end so many marriages</w:t>
      </w:r>
    </w:p>
    <w:p>
      <w:r>
        <w:rPr>
          <w:b w:val="0"/>
          <w:i w:val="0"/>
        </w:rPr>
        <w:t>Preheader: Save My Marriage Today! explains what is happening when a spouse says it.</w:t>
      </w:r>
    </w:p>
    <w:p>
      <w:r>
        <w:rPr>
          <w:b w:val="0"/>
          <w:i w:val="0"/>
        </w:rPr>
        <w:t>Hi {{first_name}},</w:t>
      </w:r>
    </w:p>
    <w:p>
      <w:r>
        <w:rPr>
          <w:b w:val="0"/>
          <w:i w:val="0"/>
        </w:rPr>
        <w:t>There's one sentence that comes up again and again when a marriage starts to break: "I love you, but I'm not in love with you anymore."</w:t>
      </w:r>
    </w:p>
    <w:p>
      <w:r>
        <w:rPr>
          <w:b w:val="0"/>
          <w:i w:val="0"/>
        </w:rPr>
        <w:t>If you've heard it, you know how final it sounds. Save My Marriage Today! calls it one of the most over-used phrases in marriage breakups, and explains why it is far less final than it feels.</w:t>
      </w:r>
    </w:p>
    <w:p>
      <w:r>
        <w:rPr>
          <w:b w:val="0"/>
          <w:i w:val="0"/>
        </w:rPr>
        <w:t>Here's the course:</w:t>
      </w:r>
    </w:p>
    <w:p>
      <w:r>
        <w:rPr>
          <w:b w:val="0"/>
          <w:i w:val="0"/>
        </w:rPr>
        <w:t>==&gt; {{AFFILIATE_LINK}}</w:t>
      </w:r>
    </w:p>
    <w:p>
      <w:r>
        <w:rPr>
          <w:b w:val="0"/>
          <w:i w:val="0"/>
        </w:rPr>
        <w:t>The "in love" feeling people talk about is the rush of romance at the start of a relationship. The book says it fades anywhere from six months to the first two or three years. When a spouse says they're no longer in love, the book describes what is happening as a transition, the point where both of you are being called to a deeper level of loving.</w:t>
      </w:r>
    </w:p>
    <w:p>
      <w:r>
        <w:rPr>
          <w:b w:val="0"/>
          <w:i w:val="0"/>
        </w:rPr>
        <w:t>The course then shows what to do next, in a chapter called Getting Your Spouse to Fall Back in Love With You.</w:t>
      </w:r>
    </w:p>
    <w:p>
      <w:r>
        <w:rPr>
          <w:b w:val="0"/>
          <w:i w:val="0"/>
        </w:rPr>
        <w:t>[Add one honest sentence about what you've seen in long marriages, your own or your readers']</w:t>
      </w:r>
    </w:p>
    <w:p>
      <w:r>
        <w:rPr>
          <w:b w:val="0"/>
          <w:i w:val="0"/>
        </w:rPr>
        <w:t>==&gt; {{AFFILIATE_LINK}}</w:t>
      </w:r>
    </w:p>
    <w:p>
      <w:r>
        <w:rPr>
          <w:b w:val="0"/>
          <w:i w:val="0"/>
        </w:rPr>
        <w:t>[Your name]</w:t>
      </w:r>
    </w:p>
    <w:p>
      <w:r>
        <w:rPr>
          <w:b w:val="0"/>
          <w:i w:val="0"/>
        </w:rPr>
        <w:t>P.S. Steven Kitchen from Edmonton wrote: "She just seemed to stop loving me. Thanks to your book, I've totally changed the way I approach the situation, it was not easy, but during the last three months, the turn around in our relationship has been simply amazing!"</w:t>
      </w:r>
    </w:p>
    <w:p>
      <w:r>
        <w:rPr>
          <w:b w:val="0"/>
          <w:i/>
        </w:rPr>
        <w:t>I may earn a commission if you buy through my link, at no extra cost to you.</w:t>
      </w:r>
    </w:p>
    <w:p>
      <w:pPr>
        <w:pStyle w:val="Heading2"/>
      </w:pPr>
      <w:r>
        <w:rPr>
          <w:color w:val="182849"/>
        </w:rPr>
        <w:t>Email 5: Don't suggest this while you both think</w:t>
      </w:r>
    </w:p>
    <w:p>
      <w:r>
        <w:rPr>
          <w:b w:val="0"/>
          <w:i/>
        </w:rPr>
        <w:t>The seven mistakes series · Day 9 · Readers who are thinking about time apart</w:t>
      </w:r>
    </w:p>
    <w:p>
      <w:r>
        <w:rPr>
          <w:b/>
          <w:i w:val="0"/>
        </w:rPr>
        <w:t>Subject: Don't suggest this while you both think</w:t>
      </w:r>
    </w:p>
    <w:p>
      <w:r>
        <w:rPr>
          <w:b/>
          <w:i w:val="0"/>
        </w:rPr>
        <w:t>Subject: The "space to think" idea that backfires</w:t>
      </w:r>
    </w:p>
    <w:p>
      <w:r>
        <w:rPr>
          <w:b/>
          <w:i w:val="0"/>
        </w:rPr>
        <w:t>Subject: A question about time apart</w:t>
      </w:r>
    </w:p>
    <w:p>
      <w:r>
        <w:rPr>
          <w:b w:val="0"/>
          <w:i w:val="0"/>
        </w:rPr>
        <w:t>Preheader: It sounds calm and sensible, and it makes saving the marriage much harder.</w:t>
      </w:r>
    </w:p>
    <w:p>
      <w:r>
        <w:rPr>
          <w:b w:val="0"/>
          <w:i w:val="0"/>
        </w:rPr>
        <w:t>Hi {{first_name}},</w:t>
      </w:r>
    </w:p>
    <w:p>
      <w:r>
        <w:rPr>
          <w:b w:val="0"/>
          <w:i w:val="0"/>
        </w:rPr>
        <w:t>When a marriage gets shaky, a lot of couples land on what sounds like the most sensible idea in the world. One of them moves out for a while, and both take time to think about what they want.</w:t>
      </w:r>
    </w:p>
    <w:p>
      <w:r>
        <w:rPr>
          <w:b w:val="0"/>
          <w:i w:val="0"/>
        </w:rPr>
        <w:t>Save My Marriage Today! calls this a BIG mistake, in capital letters, and says a trial separation should never be a first option.</w:t>
      </w:r>
    </w:p>
    <w:p>
      <w:r>
        <w:rPr>
          <w:b w:val="0"/>
          <w:i w:val="0"/>
        </w:rPr>
        <w:t>The reason makes sense once you read it:</w:t>
      </w:r>
    </w:p>
    <w:p>
      <w:r>
        <w:rPr>
          <w:b w:val="0"/>
          <w:i w:val="0"/>
        </w:rPr>
        <w:t>==&gt; {{AFFILIATE_LINK}}</w:t>
      </w:r>
    </w:p>
    <w:p>
      <w:r>
        <w:rPr>
          <w:b w:val="0"/>
          <w:i w:val="0"/>
        </w:rPr>
        <w:t>The book's point is that time apart mostly teaches two people how to live on their own. Once you have both adjusted to that, saving the marriage becomes much harder.</w:t>
      </w:r>
    </w:p>
    <w:p>
      <w:r>
        <w:rPr>
          <w:b w:val="0"/>
          <w:i w:val="0"/>
        </w:rPr>
        <w:t>If you need space, it suggests going to separate places for the day and keeping the routine of living together, while you work through what is wrong.</w:t>
      </w:r>
    </w:p>
    <w:p>
      <w:r>
        <w:rPr>
          <w:b w:val="0"/>
          <w:i w:val="0"/>
        </w:rPr>
        <w:t>[Add one honest sentence about why this matters to your readers]</w:t>
      </w:r>
    </w:p>
    <w:p>
      <w:r>
        <w:rPr>
          <w:b w:val="0"/>
          <w:i w:val="0"/>
        </w:rPr>
        <w:t>That chapter covers six other mistakes people make in the first days of a crisis, and the rest of the course shows what to do in their place, with exercises you can start on your own.</w:t>
      </w:r>
    </w:p>
    <w:p>
      <w:r>
        <w:rPr>
          <w:b w:val="0"/>
          <w:i w:val="0"/>
        </w:rPr>
        <w:t>==&gt; {{AFFILIATE_LINK}}</w:t>
      </w:r>
    </w:p>
    <w:p>
      <w:r>
        <w:rPr>
          <w:b w:val="0"/>
          <w:i w:val="0"/>
        </w:rPr>
        <w:t>[Your name]</w:t>
      </w:r>
    </w:p>
    <w:p>
      <w:r>
        <w:rPr>
          <w:b w:val="0"/>
          <w:i w:val="0"/>
        </w:rPr>
        <w:t>P.S. If your spouse has already moved out, Book 2, written for marriages in extreme crisis, is included with the course.</w:t>
      </w:r>
    </w:p>
    <w:p>
      <w:r>
        <w:rPr>
          <w:b w:val="0"/>
          <w:i/>
        </w:rPr>
        <w:t>I may earn a commission if you buy through my link, at no extra cost to you.</w:t>
      </w:r>
    </w:p>
    <w:p>
      <w:pPr>
        <w:pStyle w:val="Heading2"/>
      </w:pPr>
      <w:r>
        <w:rPr>
          <w:color w:val="182849"/>
        </w:rPr>
        <w:t>Email 6: The wish that keeps marriages stuck</w:t>
      </w:r>
    </w:p>
    <w:p>
      <w:r>
        <w:rPr>
          <w:b w:val="0"/>
          <w:i/>
        </w:rPr>
        <w:t>The seven mistakes series · Day 11 · Any list with married readers</w:t>
      </w:r>
    </w:p>
    <w:p>
      <w:r>
        <w:rPr>
          <w:b/>
          <w:i w:val="0"/>
        </w:rPr>
        <w:t>Subject: The wish that keeps marriages stuck</w:t>
      </w:r>
    </w:p>
    <w:p>
      <w:r>
        <w:rPr>
          <w:b/>
          <w:i w:val="0"/>
        </w:rPr>
        <w:t>Subject: "I just want things back the way they were"</w:t>
      </w:r>
    </w:p>
    <w:p>
      <w:r>
        <w:rPr>
          <w:b/>
          <w:i w:val="0"/>
        </w:rPr>
        <w:t>Subject: The last mistake on the list</w:t>
      </w:r>
    </w:p>
    <w:p>
      <w:r>
        <w:rPr>
          <w:b w:val="0"/>
          <w:i w:val="0"/>
        </w:rPr>
        <w:t>Preheader: The seventh mistake sounds like hope. The book explains where it leads.</w:t>
      </w:r>
    </w:p>
    <w:p>
      <w:r>
        <w:rPr>
          <w:b w:val="0"/>
          <w:i w:val="0"/>
        </w:rPr>
        <w:t>Hi {{first_name}},</w:t>
      </w:r>
    </w:p>
    <w:p>
      <w:r>
        <w:rPr>
          <w:b w:val="0"/>
          <w:i w:val="0"/>
        </w:rPr>
        <w:t>When a marriage is in trouble, one wish comes up more than any other: "I just want things back the way they were."</w:t>
      </w:r>
    </w:p>
    <w:p>
      <w:r>
        <w:rPr>
          <w:b w:val="0"/>
          <w:i w:val="0"/>
        </w:rPr>
        <w:t>Save My Marriage Today! lists it as the seventh mistake people make in a crisis, and its reason is worth knowing:</w:t>
      </w:r>
    </w:p>
    <w:p>
      <w:r>
        <w:rPr>
          <w:b w:val="0"/>
          <w:i w:val="0"/>
        </w:rPr>
        <w:t>==&gt; {{AFFILIATE_LINK}}</w:t>
      </w:r>
    </w:p>
    <w:p>
      <w:r>
        <w:rPr>
          <w:b w:val="0"/>
          <w:i w:val="0"/>
        </w:rPr>
        <w:t>The book explains that couples who chase their old life often stop talking about their problems, on the idea that the past is behind them. The problem then stays hidden for a few months, sometimes for years, and comes back later with more force.</w:t>
      </w:r>
    </w:p>
    <w:p>
      <w:r>
        <w:rPr>
          <w:b w:val="0"/>
          <w:i w:val="0"/>
        </w:rPr>
        <w:t>Its advice is to acknowledge what has gone wrong and understand each other's point of view first. Only then, it says, can a marriage move forward.</w:t>
      </w:r>
    </w:p>
    <w:p>
      <w:r>
        <w:rPr>
          <w:b w:val="0"/>
          <w:i w:val="0"/>
        </w:rPr>
        <w:t>[Add one honest sentence about why this matters to your readers]</w:t>
      </w:r>
    </w:p>
    <w:p>
      <w:r>
        <w:rPr>
          <w:b w:val="0"/>
          <w:i w:val="0"/>
        </w:rPr>
        <w:t>==&gt; {{AFFILIATE_LINK}}</w:t>
      </w:r>
    </w:p>
    <w:p>
      <w:r>
        <w:rPr>
          <w:b w:val="0"/>
          <w:i w:val="0"/>
        </w:rPr>
        <w:t>[Your name]</w:t>
      </w:r>
    </w:p>
    <w:p>
      <w:r>
        <w:rPr>
          <w:b w:val="0"/>
          <w:i w:val="0"/>
        </w:rPr>
        <w:t>P.S. The course has 38 exercises, and each one is marked to do on your own or to do together, so you can start even if your spouse isn't ready.</w:t>
      </w:r>
    </w:p>
    <w:p>
      <w:r>
        <w:rPr>
          <w:b w:val="0"/>
          <w:i/>
        </w:rPr>
        <w:t>I may earn a commission if you buy through my link, at no extra cost to you.</w:t>
      </w:r>
    </w:p>
    <w:p>
      <w:pPr>
        <w:pStyle w:val="Heading2"/>
      </w:pPr>
      <w:r>
        <w:rPr>
          <w:color w:val="182849"/>
        </w:rPr>
        <w:t>Email 7: Jane's husband came home and asked for a divorce</w:t>
      </w:r>
    </w:p>
    <w:p>
      <w:r>
        <w:rPr>
          <w:b w:val="0"/>
          <w:i/>
        </w:rPr>
        <w:t>Stories from the course · Any time · Warm lists, women's lifestyle and family readers</w:t>
      </w:r>
    </w:p>
    <w:p>
      <w:r>
        <w:rPr>
          <w:b/>
          <w:i w:val="0"/>
        </w:rPr>
        <w:t>Subject: Jane's husband came home and asked for a divorce</w:t>
      </w:r>
    </w:p>
    <w:p>
      <w:r>
        <w:rPr>
          <w:b/>
          <w:i w:val="0"/>
        </w:rPr>
        <w:t>Subject: She stopped doing the obvious thing</w:t>
      </w:r>
    </w:p>
    <w:p>
      <w:r>
        <w:rPr>
          <w:b/>
          <w:i w:val="0"/>
        </w:rPr>
        <w:t>Subject: A story Amy Waterman tells</w:t>
      </w:r>
    </w:p>
    <w:p>
      <w:r>
        <w:rPr>
          <w:b w:val="0"/>
          <w:i w:val="0"/>
        </w:rPr>
        <w:t>Preheader: Amy's best friend had been married for 14 years. This is what happened next.</w:t>
      </w:r>
    </w:p>
    <w:p>
      <w:r>
        <w:rPr>
          <w:b w:val="0"/>
          <w:i w:val="0"/>
        </w:rPr>
        <w:t>Hi {{first_name}},</w:t>
      </w:r>
    </w:p>
    <w:p>
      <w:r>
        <w:rPr>
          <w:b w:val="0"/>
          <w:i w:val="0"/>
        </w:rPr>
        <w:t>Amy Waterman's best friend Jane had been married for 14 years and had two children. One night her husband, Adam, came home and asked for a divorce.</w:t>
      </w:r>
    </w:p>
    <w:p>
      <w:r>
        <w:rPr>
          <w:b w:val="0"/>
          <w:i w:val="0"/>
        </w:rPr>
        <w:t>Jane couldn't eat or sleep, and she phoned Amy in tears.</w:t>
      </w:r>
    </w:p>
    <w:p>
      <w:r>
        <w:rPr>
          <w:b w:val="0"/>
          <w:i w:val="0"/>
        </w:rPr>
        <w:t>Amy writes about relationships for a living, so she took Jane under her wing and taught her everything she knew. The first things to go were the things most of us would do without thinking. Jane stopped begging Adam to stay and stopped blaming him, and then Amy gave her steps that at first seemed counter-intuitive.</w:t>
      </w:r>
    </w:p>
    <w:p>
      <w:r>
        <w:rPr>
          <w:b w:val="0"/>
          <w:i w:val="0"/>
        </w:rPr>
        <w:t>Amy tells the whole story here:</w:t>
      </w:r>
    </w:p>
    <w:p>
      <w:r>
        <w:rPr>
          <w:b w:val="0"/>
          <w:i w:val="0"/>
        </w:rPr>
        <w:t>==&gt; {{AFFILIATE_LINK}}</w:t>
      </w:r>
    </w:p>
    <w:p>
      <w:r>
        <w:rPr>
          <w:b w:val="0"/>
          <w:i w:val="0"/>
        </w:rPr>
        <w:t>Months later, Jane and Adam came to Amy's party "totally loved up, hand in hand ... like a honeymoon couple."</w:t>
      </w:r>
    </w:p>
    <w:p>
      <w:r>
        <w:rPr>
          <w:b w:val="0"/>
          <w:i w:val="0"/>
        </w:rPr>
        <w:t>Amy wrote down what she had taught Jane, refined it and tested it, and that became the course Save My Marriage Today!</w:t>
      </w:r>
    </w:p>
    <w:p>
      <w:r>
        <w:rPr>
          <w:b w:val="0"/>
          <w:i w:val="0"/>
        </w:rPr>
        <w:t>[Add one honest sentence about why Jane's story stayed with you]</w:t>
      </w:r>
    </w:p>
    <w:p>
      <w:r>
        <w:rPr>
          <w:b w:val="0"/>
          <w:i w:val="0"/>
        </w:rPr>
        <w:t>If your marriage feels the way Jane's did that night, read how hers turned around:</w:t>
      </w:r>
    </w:p>
    <w:p>
      <w:r>
        <w:rPr>
          <w:b w:val="0"/>
          <w:i w:val="0"/>
        </w:rPr>
        <w:t>==&gt; {{AFFILIATE_LINK}}</w:t>
      </w:r>
    </w:p>
    <w:p>
      <w:r>
        <w:rPr>
          <w:b w:val="0"/>
          <w:i w:val="0"/>
        </w:rPr>
        <w:t>[Your name]</w:t>
      </w:r>
    </w:p>
    <w:p>
      <w:r>
        <w:rPr>
          <w:b w:val="0"/>
          <w:i/>
        </w:rPr>
        <w:t>I may earn a commission if you buy through my link, at no extra cost to you.</w:t>
      </w:r>
    </w:p>
    <w:p>
      <w:pPr>
        <w:pStyle w:val="Heading2"/>
      </w:pPr>
      <w:r>
        <w:rPr>
          <w:color w:val="182849"/>
        </w:rPr>
        <w:t>Email 8: The sentence that cancels a kind act</w:t>
      </w:r>
    </w:p>
    <w:p>
      <w:r>
        <w:rPr>
          <w:b w:val="0"/>
          <w:i/>
        </w:rPr>
        <w:t>Stories from the course · Any time · Readers who feel taken for granted</w:t>
      </w:r>
    </w:p>
    <w:p>
      <w:r>
        <w:rPr>
          <w:b/>
          <w:i w:val="0"/>
        </w:rPr>
        <w:t>Subject: The sentence that cancels a kind act</w:t>
      </w:r>
    </w:p>
    <w:p>
      <w:r>
        <w:rPr>
          <w:b/>
          <w:i w:val="0"/>
        </w:rPr>
        <w:t>Subject: Is your Love Bank in the red?</w:t>
      </w:r>
    </w:p>
    <w:p>
      <w:r>
        <w:rPr>
          <w:b/>
          <w:i w:val="0"/>
        </w:rPr>
        <w:t>Subject: About feeling taken for granted</w:t>
      </w:r>
    </w:p>
    <w:p>
      <w:r>
        <w:rPr>
          <w:b w:val="0"/>
          <w:i w:val="0"/>
        </w:rPr>
        <w:t>Preheader: Save My Marriage Today! explains the Love Bank, and the one habit that empties it.</w:t>
      </w:r>
    </w:p>
    <w:p>
      <w:r>
        <w:rPr>
          <w:b w:val="0"/>
          <w:i w:val="0"/>
        </w:rPr>
        <w:t>Hi {{first_name}},</w:t>
      </w:r>
    </w:p>
    <w:p>
      <w:r>
        <w:rPr>
          <w:b w:val="0"/>
          <w:i w:val="0"/>
        </w:rPr>
        <w:t>Have you ever done something kind for your husband or wife and then reminded them of it later?</w:t>
      </w:r>
    </w:p>
    <w:p>
      <w:r>
        <w:rPr>
          <w:b w:val="0"/>
          <w:i w:val="0"/>
        </w:rPr>
        <w:t>Save My Marriage Today! describes every marriage as having a Love Bank. Loving, thoughtful acts and words make deposits, and hurtful, careless ones make withdrawals. Happy couples keep a high balance, and the book says couples on the verge of divorce are so deep in debt that only complete forgiveness will save them.</w:t>
      </w:r>
    </w:p>
    <w:p>
      <w:r>
        <w:rPr>
          <w:b w:val="0"/>
          <w:i w:val="0"/>
        </w:rPr>
        <w:t>See how the Love Bank works:</w:t>
      </w:r>
    </w:p>
    <w:p>
      <w:r>
        <w:rPr>
          <w:b w:val="0"/>
          <w:i w:val="0"/>
        </w:rPr>
        <w:t>==&gt; {{AFFILIATE_LINK}}</w:t>
      </w:r>
    </w:p>
    <w:p>
      <w:r>
        <w:rPr>
          <w:b w:val="0"/>
          <w:i w:val="0"/>
        </w:rPr>
        <w:t>Here's the part that catches people out. The book says that if you resent the giving, remind your spouse how much you've given, or add "Now you have to do this for me," the deposit is null and void. So it's possible to give and give in a marriage and still watch the balance fall.</w:t>
      </w:r>
    </w:p>
    <w:p>
      <w:r>
        <w:rPr>
          <w:b w:val="0"/>
          <w:i w:val="0"/>
        </w:rPr>
        <w:t>Steven B. from Virginia wrote after reading it: "I like the chapter on the Love Bank, its a brilliant concept."</w:t>
      </w:r>
    </w:p>
    <w:p>
      <w:r>
        <w:rPr>
          <w:b w:val="0"/>
          <w:i w:val="0"/>
        </w:rPr>
        <w:t>[Add one honest sentence about a small kind act that matters in your own home]</w:t>
      </w:r>
    </w:p>
    <w:p>
      <w:r>
        <w:rPr>
          <w:b w:val="0"/>
          <w:i w:val="0"/>
        </w:rPr>
        <w:t>The same chapter shows what to say, and what to avoid saying, when you raise a problem with your spouse.</w:t>
      </w:r>
    </w:p>
    <w:p>
      <w:r>
        <w:rPr>
          <w:b w:val="0"/>
          <w:i w:val="0"/>
        </w:rPr>
        <w:t>==&gt; {{AFFILIATE_LINK}}</w:t>
      </w:r>
    </w:p>
    <w:p>
      <w:r>
        <w:rPr>
          <w:b w:val="0"/>
          <w:i w:val="0"/>
        </w:rPr>
        <w:t>[Your name]</w:t>
      </w:r>
    </w:p>
    <w:p>
      <w:r>
        <w:rPr>
          <w:b w:val="0"/>
          <w:i/>
        </w:rPr>
        <w:t>I may earn a commission if you buy through my link, at no extra cost to you.</w:t>
      </w:r>
    </w:p>
    <w:p>
      <w:pPr>
        <w:pStyle w:val="Heading2"/>
      </w:pPr>
      <w:r>
        <w:rPr>
          <w:color w:val="182849"/>
        </w:rPr>
        <w:t>Email 9: Don't start with "We need to talk"</w:t>
      </w:r>
    </w:p>
    <w:p>
      <w:r>
        <w:rPr>
          <w:b w:val="0"/>
          <w:i/>
        </w:rPr>
        <w:t>Stories from the course · Any time · Readers who want to raise problems without a fight</w:t>
      </w:r>
    </w:p>
    <w:p>
      <w:r>
        <w:rPr>
          <w:b/>
          <w:i w:val="0"/>
        </w:rPr>
        <w:t>Subject: Don't start with "We need to talk"</w:t>
      </w:r>
    </w:p>
    <w:p>
      <w:r>
        <w:rPr>
          <w:b/>
          <w:i w:val="0"/>
        </w:rPr>
        <w:t>Subject: The opening line that puts a spouse on guard</w:t>
      </w:r>
    </w:p>
    <w:p>
      <w:r>
        <w:rPr>
          <w:b/>
          <w:i w:val="0"/>
        </w:rPr>
        <w:t>Subject: Before you sit down for "the talk"</w:t>
      </w:r>
    </w:p>
    <w:p>
      <w:r>
        <w:rPr>
          <w:b w:val="0"/>
          <w:i w:val="0"/>
        </w:rPr>
        <w:t>Preheader: Save My Marriage Today! explains why it backfires and how to open instead.</w:t>
      </w:r>
    </w:p>
    <w:p>
      <w:r>
        <w:rPr>
          <w:b w:val="0"/>
          <w:i w:val="0"/>
        </w:rPr>
        <w:t>Hi {{first_name}},</w:t>
      </w:r>
    </w:p>
    <w:p>
      <w:r>
        <w:rPr>
          <w:b w:val="0"/>
          <w:i w:val="0"/>
        </w:rPr>
        <w:t>If you've decided it's time to talk to your spouse about the marriage, there are two openings Save My Marriage Today! asks you to avoid.</w:t>
      </w:r>
    </w:p>
    <w:p>
      <w:r>
        <w:rPr>
          <w:b w:val="0"/>
          <w:i w:val="0"/>
        </w:rPr>
        <w:t>The first is "I think we need to talk about our marriage." The book says it is so vague that the other person expects the worst and closes off emotionally before you've said anything else.</w:t>
      </w:r>
    </w:p>
    <w:p>
      <w:r>
        <w:rPr>
          <w:b w:val="0"/>
          <w:i w:val="0"/>
        </w:rPr>
        <w:t>The second is telling them you've been reading a book that says you need to "work on" your relationship. The phrase suggests something is broken and that they aren't doing enough, and it puts them on the defensive straight away.</w:t>
      </w:r>
    </w:p>
    <w:p>
      <w:r>
        <w:rPr>
          <w:b w:val="0"/>
          <w:i w:val="0"/>
        </w:rPr>
        <w:t>See the gentler way in that the course suggests:</w:t>
      </w:r>
    </w:p>
    <w:p>
      <w:r>
        <w:rPr>
          <w:b w:val="0"/>
          <w:i w:val="0"/>
        </w:rPr>
        <w:t>==&gt; {{AFFILIATE_LINK}}</w:t>
      </w:r>
    </w:p>
    <w:p>
      <w:r>
        <w:rPr>
          <w:b w:val="0"/>
          <w:i w:val="0"/>
        </w:rPr>
        <w:t>[Add one honest sentence about how talks about your relationship usually start in your home]</w:t>
      </w:r>
    </w:p>
    <w:p>
      <w:r>
        <w:rPr>
          <w:b w:val="0"/>
          <w:i w:val="0"/>
        </w:rPr>
        <w:t>It's one small part of a 158-page course with 38 exercises, written for husbands and wives who want to save their marriage, even when only one of them is ready to try.</w:t>
      </w:r>
    </w:p>
    <w:p>
      <w:r>
        <w:rPr>
          <w:b w:val="0"/>
          <w:i w:val="0"/>
        </w:rPr>
        <w:t>==&gt; {{AFFILIATE_LINK}}</w:t>
      </w:r>
    </w:p>
    <w:p>
      <w:r>
        <w:rPr>
          <w:b w:val="0"/>
          <w:i w:val="0"/>
        </w:rPr>
        <w:t>[Your name]</w:t>
      </w:r>
    </w:p>
    <w:p>
      <w:r>
        <w:rPr>
          <w:b w:val="0"/>
          <w:i/>
        </w:rPr>
        <w:t>I may earn a commission if you buy through my link, at no extra cost to you.</w:t>
      </w:r>
    </w:p>
    <w:p>
      <w:pPr>
        <w:pStyle w:val="Heading2"/>
      </w:pPr>
      <w:r>
        <w:rPr>
          <w:color w:val="182849"/>
        </w:rPr>
        <w:t>Email 10: What's inside Save My Marriage Today!</w:t>
      </w:r>
    </w:p>
    <w:p>
      <w:r>
        <w:rPr>
          <w:b w:val="0"/>
          <w:i/>
        </w:rPr>
        <w:t>Stories from the course · Any time · Warm lists who want to know what they would get</w:t>
      </w:r>
    </w:p>
    <w:p>
      <w:r>
        <w:rPr>
          <w:b/>
          <w:i w:val="0"/>
        </w:rPr>
        <w:t>Subject: What's inside Save My Marriage Today!</w:t>
      </w:r>
    </w:p>
    <w:p>
      <w:r>
        <w:rPr>
          <w:b/>
          <w:i w:val="0"/>
        </w:rPr>
        <w:t>Subject: The marriage course I'd hand a friend</w:t>
      </w:r>
    </w:p>
    <w:p>
      <w:r>
        <w:rPr>
          <w:b/>
          <w:i w:val="0"/>
        </w:rPr>
        <w:t>Subject: A closer look before you decide</w:t>
      </w:r>
    </w:p>
    <w:p>
      <w:r>
        <w:rPr>
          <w:b w:val="0"/>
          <w:i w:val="0"/>
        </w:rPr>
        <w:t>Preheader: 158 pages, 20 chapters, 38 exercises, and a chapter on when to see a counselor.</w:t>
      </w:r>
    </w:p>
    <w:p>
      <w:r>
        <w:rPr>
          <w:b w:val="0"/>
          <w:i w:val="0"/>
        </w:rPr>
        <w:t>Hi {{first_name}},</w:t>
      </w:r>
    </w:p>
    <w:p>
      <w:r>
        <w:rPr>
          <w:b w:val="0"/>
          <w:i w:val="0"/>
        </w:rPr>
        <w:t>[Add one honest sentence about how you came across Save My Marriage Today! or why you're writing about it]</w:t>
      </w:r>
    </w:p>
    <w:p>
      <w:r>
        <w:rPr>
          <w:b w:val="0"/>
          <w:i w:val="0"/>
        </w:rPr>
        <w:t>Save My Marriage Today! is by Amy Waterman and Andrew Rusbatch, and here's what you get:</w:t>
      </w:r>
    </w:p>
    <w:p>
      <w:r>
        <w:rPr>
          <w:b w:val="0"/>
          <w:i w:val="0"/>
        </w:rPr>
        <w:t>==&gt; {{AFFILIATE_LINK}}</w:t>
      </w:r>
    </w:p>
    <w:p>
      <w:r>
        <w:rPr>
          <w:b w:val="0"/>
          <w:i w:val="0"/>
        </w:rPr>
        <w:t>It's a 158-page course in 20 chapters. It starts with the life cycle every marriage goes through and the seven mistakes people make in a crisis, then works through conflict, money, in-laws, the kids, sex and intimacy, and infidelity and trust. Along the way there are 38 exercises, each marked for you alone or for the two of you together.</w:t>
      </w:r>
    </w:p>
    <w:p>
      <w:r>
        <w:rPr>
          <w:b w:val="0"/>
          <w:i w:val="0"/>
        </w:rPr>
        <w:t>I like that the last chapter covers when to see a professional and how to choose a counselor.</w:t>
      </w:r>
    </w:p>
    <w:p>
      <w:r>
        <w:rPr>
          <w:b w:val="0"/>
          <w:i w:val="0"/>
        </w:rPr>
        <w:t>With it you get Book 2 for marriages in extreme crisis, a personal email consultation with the Save My Marriage Today team and five bonus books. It's $49.95 one time, it downloads straight away, and it comes with a 60-day money-back guarantee.</w:t>
      </w:r>
    </w:p>
    <w:p>
      <w:r>
        <w:rPr>
          <w:b w:val="0"/>
          <w:i w:val="0"/>
        </w:rPr>
        <w:t>==&gt; {{AFFILIATE_LINK}}</w:t>
      </w:r>
    </w:p>
    <w:p>
      <w:r>
        <w:rPr>
          <w:b w:val="0"/>
          <w:i w:val="0"/>
        </w:rPr>
        <w:t>[Your name]</w:t>
      </w:r>
    </w:p>
    <w:p>
      <w:r>
        <w:rPr>
          <w:b w:val="0"/>
          <w:i w:val="0"/>
        </w:rPr>
        <w:t>P.S. The consultation lets you describe your own situation and get advice on it from the Save My Marriage Today team.</w:t>
      </w:r>
    </w:p>
    <w:p>
      <w:r>
        <w:rPr>
          <w:b w:val="0"/>
          <w:i/>
        </w:rPr>
        <w:t>I may earn a commission if you buy through my link, at no extra cost to you.</w:t>
      </w:r>
    </w:p>
    <w:p>
      <w:pPr>
        <w:pStyle w:val="Heading2"/>
      </w:pPr>
      <w:r>
        <w:rPr>
          <w:color w:val="182849"/>
        </w:rPr>
        <w:t>Email 11: Why you should ignore divorce statistics</w:t>
      </w:r>
    </w:p>
    <w:p>
      <w:r>
        <w:rPr>
          <w:b w:val="0"/>
          <w:i/>
        </w:rPr>
        <w:t>Free course invitations · Any time · Cold lists and readers who aren't ready to buy</w:t>
      </w:r>
    </w:p>
    <w:p>
      <w:r>
        <w:rPr>
          <w:b/>
          <w:i w:val="0"/>
        </w:rPr>
        <w:t>Subject: Why you should ignore divorce statistics</w:t>
      </w:r>
    </w:p>
    <w:p>
      <w:r>
        <w:rPr>
          <w:b/>
          <w:i w:val="0"/>
        </w:rPr>
        <w:t>Subject: A free 6-part course on why marriages end</w:t>
      </w:r>
    </w:p>
    <w:p>
      <w:r>
        <w:rPr>
          <w:b/>
          <w:i w:val="0"/>
        </w:rPr>
        <w:t>Subject: Free: The 6 Most Common Reasons for Divorce</w:t>
      </w:r>
    </w:p>
    <w:p>
      <w:r>
        <w:rPr>
          <w:b w:val="0"/>
          <w:i w:val="0"/>
        </w:rPr>
        <w:t>Preheader: Lesson 1 covers the risk factors for divorce, and why you should ignore them.</w:t>
      </w:r>
    </w:p>
    <w:p>
      <w:r>
        <w:rPr>
          <w:b w:val="0"/>
          <w:i w:val="0"/>
        </w:rPr>
        <w:t>Hi {{first_name}},</w:t>
      </w:r>
    </w:p>
    <w:p>
      <w:r>
        <w:rPr>
          <w:b w:val="0"/>
          <w:i w:val="0"/>
        </w:rPr>
        <w:t>There's a free 6-part course from Save My Marriage Today that I'd like you to see. It's called The 6 Most Common Reasons For Divorce (And How To Stop Them From Happening To You), and it comes by email.</w:t>
      </w:r>
    </w:p>
    <w:p>
      <w:r>
        <w:rPr>
          <w:b w:val="0"/>
          <w:i w:val="0"/>
        </w:rPr>
        <w:t>Sign up for it here:</w:t>
      </w:r>
    </w:p>
    <w:p>
      <w:r>
        <w:rPr>
          <w:b w:val="0"/>
          <w:i w:val="0"/>
        </w:rPr>
        <w:t>==&gt; {{FREE_COURSE_LINK}}</w:t>
      </w:r>
    </w:p>
    <w:p>
      <w:r>
        <w:rPr>
          <w:b w:val="0"/>
          <w:i w:val="0"/>
        </w:rPr>
        <w:t>The first lesson covers the risk factors for divorce and why you should ignore them. The second is about what the course calls the real marriage killer, the loss of love and intimacy. After that come affairs and how to spot and prevent them, poor communication, lack of commitment and growing apart.</w:t>
      </w:r>
    </w:p>
    <w:p>
      <w:r>
        <w:rPr>
          <w:b w:val="0"/>
          <w:i w:val="0"/>
        </w:rPr>
        <w:t>Fran C. from Canada took it and wrote: "Your six day course was an eye-opener."</w:t>
      </w:r>
    </w:p>
    <w:p>
      <w:r>
        <w:rPr>
          <w:b w:val="0"/>
          <w:i w:val="0"/>
        </w:rPr>
        <w:t>[Add one honest sentence about why you think your readers will find it useful]</w:t>
      </w:r>
    </w:p>
    <w:p>
      <w:r>
        <w:rPr>
          <w:b w:val="0"/>
          <w:i w:val="0"/>
        </w:rPr>
        <w:t>It costs nothing, and it's a good place to start whether your marriage is in trouble or simply drifting.</w:t>
      </w:r>
    </w:p>
    <w:p>
      <w:r>
        <w:rPr>
          <w:b w:val="0"/>
          <w:i w:val="0"/>
        </w:rPr>
        <w:t>==&gt; {{FREE_COURSE_LINK}}</w:t>
      </w:r>
    </w:p>
    <w:p>
      <w:r>
        <w:rPr>
          <w:b w:val="0"/>
          <w:i w:val="0"/>
        </w:rPr>
        <w:t>[Your name]</w:t>
      </w:r>
    </w:p>
    <w:p>
      <w:r>
        <w:rPr>
          <w:b w:val="0"/>
          <w:i/>
        </w:rPr>
        <w:t>I may earn a commission if you buy through my link, at no extra cost to you.</w:t>
      </w:r>
    </w:p>
    <w:p>
      <w:pPr>
        <w:pStyle w:val="Heading2"/>
      </w:pPr>
      <w:r>
        <w:rPr>
          <w:color w:val="182849"/>
        </w:rPr>
        <w:t>Email 12: Mary's husband kept forgetting the groceries</w:t>
      </w:r>
    </w:p>
    <w:p>
      <w:r>
        <w:rPr>
          <w:b w:val="0"/>
          <w:i/>
        </w:rPr>
        <w:t>Free course invitations · Two days after the first invitation · Cold lists and readers who aren't ready to buy</w:t>
      </w:r>
    </w:p>
    <w:p>
      <w:r>
        <w:rPr>
          <w:b/>
          <w:i w:val="0"/>
        </w:rPr>
        <w:t>Subject: Mary's husband kept forgetting the groceries</w:t>
      </w:r>
    </w:p>
    <w:p>
      <w:r>
        <w:rPr>
          <w:b/>
          <w:i w:val="0"/>
        </w:rPr>
        <w:t>Subject: What the course calls the real marriage killer</w:t>
      </w:r>
    </w:p>
    <w:p>
      <w:r>
        <w:rPr>
          <w:b/>
          <w:i w:val="0"/>
        </w:rPr>
        <w:t>Subject: Lesson 2 of a free marriage course</w:t>
      </w:r>
    </w:p>
    <w:p>
      <w:r>
        <w:rPr>
          <w:b w:val="0"/>
          <w:i w:val="0"/>
        </w:rPr>
        <w:t>Preheader: A small, everyday story from a free course on why marriages end.</w:t>
      </w:r>
    </w:p>
    <w:p>
      <w:r>
        <w:rPr>
          <w:b w:val="0"/>
          <w:i w:val="0"/>
        </w:rPr>
        <w:t>Hi {{first_name}},</w:t>
      </w:r>
    </w:p>
    <w:p>
      <w:r>
        <w:rPr>
          <w:b w:val="0"/>
          <w:i w:val="0"/>
        </w:rPr>
        <w:t>Mary's husband always promised to bring home the groceries she needed for dinner, and he always forgot. For Mary, every broken promise wore away at her trust in him.</w:t>
      </w:r>
    </w:p>
    <w:p>
      <w:r>
        <w:rPr>
          <w:b w:val="0"/>
          <w:i w:val="0"/>
        </w:rPr>
        <w:t>What she did next comes from a free course, The 6 Most Common Reasons For Divorce, and you can have all six parts by email here:</w:t>
      </w:r>
    </w:p>
    <w:p>
      <w:r>
        <w:rPr>
          <w:b w:val="0"/>
          <w:i w:val="0"/>
        </w:rPr>
        <w:t>==&gt; {{FREE_COURSE_LINK}}</w:t>
      </w:r>
    </w:p>
    <w:p>
      <w:r>
        <w:rPr>
          <w:b w:val="0"/>
          <w:i w:val="0"/>
        </w:rPr>
        <w:t>The next time he forgot, Mary didn't blame or criticize him. She left him watching the children, drove to the shop herself and enjoyed the outing. After a few more times like that, her husband asked what they could do so that neither of them had to fetch groceries during the week. He admitted he was tired after work and hated the detour, so now they do a bigger shop at the weekend.</w:t>
      </w:r>
    </w:p>
    <w:p>
      <w:r>
        <w:rPr>
          <w:b w:val="0"/>
          <w:i w:val="0"/>
        </w:rPr>
        <w:t>The course puts it this way: "Mary's response transformed a high-tension situation into a manageable one-even though her husband's behavior didn't change."</w:t>
      </w:r>
    </w:p>
    <w:p>
      <w:r>
        <w:rPr>
          <w:b w:val="0"/>
          <w:i w:val="0"/>
        </w:rPr>
        <w:t>That story sits inside the lesson on what the course calls the real marriage killer, next to a list of 25 relationship killers to keep out of your home.</w:t>
      </w:r>
    </w:p>
    <w:p>
      <w:r>
        <w:rPr>
          <w:b w:val="0"/>
          <w:i w:val="0"/>
        </w:rPr>
        <w:t>[Add one honest sentence about a small, everyday thing that causes friction in a lot of marriages]</w:t>
      </w:r>
    </w:p>
    <w:p>
      <w:r>
        <w:rPr>
          <w:b w:val="0"/>
          <w:i w:val="0"/>
        </w:rPr>
        <w:t>==&gt; {{FREE_COURSE_LINK}}</w:t>
      </w:r>
    </w:p>
    <w:p>
      <w:r>
        <w:rPr>
          <w:b w:val="0"/>
          <w:i w:val="0"/>
        </w:rPr>
        <w:t>[Your name]</w:t>
      </w:r>
    </w:p>
    <w:p>
      <w:r>
        <w:rPr>
          <w:b w:val="0"/>
          <w:i/>
        </w:rPr>
        <w:t>I may earn a commission if you buy through my link, at no extra cost to you.</w:t>
      </w:r>
    </w:p>
    <w:p>
      <w:pPr>
        <w:pStyle w:val="Heading2"/>
      </w:pPr>
      <w:r>
        <w:rPr>
          <w:color w:val="182849"/>
        </w:rPr>
        <w:t>Email 13: What happens if it doesn't help?</w:t>
      </w:r>
    </w:p>
    <w:p>
      <w:r>
        <w:rPr>
          <w:b w:val="0"/>
          <w:i/>
        </w:rPr>
        <w:t>Short emails · Any time · Readers who have clicked before but not bought</w:t>
      </w:r>
    </w:p>
    <w:p>
      <w:r>
        <w:rPr>
          <w:b/>
          <w:i w:val="0"/>
        </w:rPr>
        <w:t>Subject: What happens if it doesn't help?</w:t>
      </w:r>
    </w:p>
    <w:p>
      <w:r>
        <w:rPr>
          <w:b/>
          <w:i w:val="0"/>
        </w:rPr>
        <w:t>Subject: Try it for 60 days</w:t>
      </w:r>
    </w:p>
    <w:p>
      <w:r>
        <w:rPr>
          <w:b/>
          <w:i w:val="0"/>
        </w:rPr>
        <w:t>Subject: A quick note about the guarantee</w:t>
      </w:r>
    </w:p>
    <w:p>
      <w:r>
        <w:rPr>
          <w:b w:val="0"/>
          <w:i w:val="0"/>
        </w:rPr>
        <w:t>Preheader: 60 days, and one email gets your money back.</w:t>
      </w:r>
    </w:p>
    <w:p>
      <w:r>
        <w:rPr>
          <w:b w:val="0"/>
          <w:i w:val="0"/>
        </w:rPr>
        <w:t>Hi {{first_name}},</w:t>
      </w:r>
    </w:p>
    <w:p>
      <w:r>
        <w:rPr>
          <w:b w:val="0"/>
          <w:i w:val="0"/>
        </w:rPr>
        <w:t>A quick one. If you've been looking at Save My Marriage Today! but weren't sure it would suit your situation, here it is again:</w:t>
      </w:r>
    </w:p>
    <w:p>
      <w:r>
        <w:rPr>
          <w:b w:val="0"/>
          <w:i w:val="0"/>
        </w:rPr>
        <w:t>==&gt; {{AFFILIATE_LINK}}</w:t>
      </w:r>
    </w:p>
    <w:p>
      <w:r>
        <w:rPr>
          <w:b w:val="0"/>
          <w:i w:val="0"/>
        </w:rPr>
        <w:t>You get 60 days to read it and try the exercises. If you aren't satisfied for any reason, one email to help@savemymarriagetoday.com gets your payment refunded, right up to the final day, with no fine print.</w:t>
      </w:r>
    </w:p>
    <w:p>
      <w:r>
        <w:rPr>
          <w:b w:val="0"/>
          <w:i w:val="0"/>
        </w:rPr>
        <w:t>[Add one honest sentence about why you're comfortable recommending it]</w:t>
      </w:r>
    </w:p>
    <w:p>
      <w:r>
        <w:rPr>
          <w:b w:val="0"/>
          <w:i w:val="0"/>
        </w:rPr>
        <w:t>It's $49.95 one time, and you can start reading tonight:</w:t>
      </w:r>
    </w:p>
    <w:p>
      <w:r>
        <w:rPr>
          <w:b w:val="0"/>
          <w:i w:val="0"/>
        </w:rPr>
        <w:t>==&gt; {{AFFILIATE_LINK}}</w:t>
      </w:r>
    </w:p>
    <w:p>
      <w:r>
        <w:rPr>
          <w:b w:val="0"/>
          <w:i w:val="0"/>
        </w:rPr>
        <w:t>[Your name]</w:t>
      </w:r>
    </w:p>
    <w:p>
      <w:r>
        <w:rPr>
          <w:b w:val="0"/>
          <w:i/>
        </w:rPr>
        <w:t>I may earn a commission if you buy through my link, at no extra cost to you.</w:t>
      </w:r>
    </w:p>
    <w:p>
      <w:pPr>
        <w:pStyle w:val="Heading2"/>
      </w:pPr>
      <w:r>
        <w:rPr>
          <w:color w:val="182849"/>
        </w:rPr>
        <w:t>Email 14: If you're the only one trying</w:t>
      </w:r>
    </w:p>
    <w:p>
      <w:r>
        <w:rPr>
          <w:b w:val="0"/>
          <w:i/>
        </w:rPr>
        <w:t>Short emails · Any time · Readers whose spouse won't take part</w:t>
      </w:r>
    </w:p>
    <w:p>
      <w:r>
        <w:rPr>
          <w:b/>
          <w:i w:val="0"/>
        </w:rPr>
        <w:t>Subject: If you're the only one trying</w:t>
      </w:r>
    </w:p>
    <w:p>
      <w:r>
        <w:rPr>
          <w:b/>
          <w:i w:val="0"/>
        </w:rPr>
        <w:t>Subject: When your spouse won't do the work</w:t>
      </w:r>
    </w:p>
    <w:p>
      <w:r>
        <w:rPr>
          <w:b/>
          <w:i w:val="0"/>
        </w:rPr>
        <w:t>Subject: For the one who hasn't given up</w:t>
      </w:r>
    </w:p>
    <w:p>
      <w:r>
        <w:rPr>
          <w:b w:val="0"/>
          <w:i w:val="0"/>
        </w:rPr>
        <w:t>Preheader: Each of the 38 exercises is marked: do it yourself, or do it together.</w:t>
      </w:r>
    </w:p>
    <w:p>
      <w:r>
        <w:rPr>
          <w:b w:val="0"/>
          <w:i w:val="0"/>
        </w:rPr>
        <w:t>Hi {{first_name}},</w:t>
      </w:r>
    </w:p>
    <w:p>
      <w:r>
        <w:rPr>
          <w:b w:val="0"/>
          <w:i w:val="0"/>
        </w:rPr>
        <w:t>A lot of marriage help only works if both of you sign up for it. Save My Marriage Today! was written for the other situation as well.</w:t>
      </w:r>
    </w:p>
    <w:p>
      <w:r>
        <w:rPr>
          <w:b w:val="0"/>
          <w:i w:val="0"/>
        </w:rPr>
        <w:t>It has 38 exercises, and each one is marked Do Yourself or Do Together, so you can start on your own tonight:</w:t>
      </w:r>
    </w:p>
    <w:p>
      <w:r>
        <w:rPr>
          <w:b w:val="0"/>
          <w:i w:val="0"/>
        </w:rPr>
        <w:t>==&gt; {{AFFILIATE_LINK}}</w:t>
      </w:r>
    </w:p>
    <w:p>
      <w:r>
        <w:rPr>
          <w:b w:val="0"/>
          <w:i w:val="0"/>
        </w:rPr>
        <w:t>The book's view is that while you can't control your spouse's actions, you have complete control over how you choose to react to them, and that is where saving a marriage begins.</w:t>
      </w:r>
    </w:p>
    <w:p>
      <w:r>
        <w:rPr>
          <w:b w:val="0"/>
          <w:i w:val="0"/>
        </w:rPr>
        <w:t>[Add one honest sentence for the reader who feels alone in this]</w:t>
      </w:r>
    </w:p>
    <w:p>
      <w:r>
        <w:rPr>
          <w:b w:val="0"/>
          <w:i w:val="0"/>
        </w:rPr>
        <w:t>==&gt; {{AFFILIATE_LINK}}</w:t>
      </w:r>
    </w:p>
    <w:p>
      <w:r>
        <w:rPr>
          <w:b w:val="0"/>
          <w:i w:val="0"/>
        </w:rPr>
        <w:t>[Your name]</w:t>
      </w:r>
    </w:p>
    <w:p>
      <w:r>
        <w:rPr>
          <w:b w:val="0"/>
          <w:i/>
        </w:rPr>
        <w:t>I may earn a commission if you buy through my link, at no extra cost to you.</w:t>
      </w:r>
    </w:p>
    <w:p>
      <w:pPr>
        <w:pStyle w:val="Heading2"/>
      </w:pPr>
      <w:r>
        <w:rPr>
          <w:color w:val="182849"/>
        </w:rPr>
        <w:t>Email 15: A Valentine's idea that lasts all year</w:t>
      </w:r>
    </w:p>
    <w:p>
      <w:r>
        <w:rPr>
          <w:b w:val="0"/>
          <w:i/>
        </w:rPr>
        <w:t>Seasonal emails · The week before Valentine's Day · Any list with married readers</w:t>
      </w:r>
    </w:p>
    <w:p>
      <w:r>
        <w:rPr>
          <w:b/>
          <w:i w:val="0"/>
        </w:rPr>
        <w:t>Subject: A Valentine's idea that lasts all year</w:t>
      </w:r>
    </w:p>
    <w:p>
      <w:r>
        <w:rPr>
          <w:b/>
          <w:i w:val="0"/>
        </w:rPr>
        <w:t>Subject: Before you book a table on the 14th</w:t>
      </w:r>
    </w:p>
    <w:p>
      <w:r>
        <w:rPr>
          <w:b/>
          <w:i w:val="0"/>
        </w:rPr>
        <w:t>Subject: Your marriage could use a ritual</w:t>
      </w:r>
    </w:p>
    <w:p>
      <w:r>
        <w:rPr>
          <w:b w:val="0"/>
          <w:i w:val="0"/>
        </w:rPr>
        <w:t>Preheader: Save My Marriage Today! suggests something smaller than a grand gesture, done every week.</w:t>
      </w:r>
    </w:p>
    <w:p>
      <w:r>
        <w:rPr>
          <w:b w:val="0"/>
          <w:i w:val="0"/>
        </w:rPr>
        <w:t>Hi {{first_name}},</w:t>
      </w:r>
    </w:p>
    <w:p>
      <w:r>
        <w:rPr>
          <w:b w:val="0"/>
          <w:i w:val="0"/>
        </w:rPr>
        <w:t>Valentine's Day puts a lot of pressure on one evening. Save My Marriage Today! has an idea that lasts longer than a dinner booking: a couple ritual.</w:t>
      </w:r>
    </w:p>
    <w:p>
      <w:r>
        <w:rPr>
          <w:b w:val="0"/>
          <w:i w:val="0"/>
        </w:rPr>
        <w:t>Here's the course it comes from:</w:t>
      </w:r>
    </w:p>
    <w:p>
      <w:r>
        <w:rPr>
          <w:b w:val="0"/>
          <w:i w:val="0"/>
        </w:rPr>
        <w:t>==&gt; {{AFFILIATE_LINK}}</w:t>
      </w:r>
    </w:p>
    <w:p>
      <w:r>
        <w:rPr>
          <w:b w:val="0"/>
          <w:i w:val="0"/>
        </w:rPr>
        <w:t>The book says a ritual can be big or small, and its only requirements are that you do it regularly and that it means something to the two of you. It might be dinner at the table with the television off. It might be a Sunday morning spent reading the paper and sharing the best bits aloud, or a dancing class you take together.</w:t>
      </w:r>
    </w:p>
    <w:p>
      <w:r>
        <w:rPr>
          <w:b w:val="0"/>
          <w:i w:val="0"/>
        </w:rPr>
        <w:t>[Add one honest sentence about a ritual you and your partner keep, or wish you did]</w:t>
      </w:r>
    </w:p>
    <w:p>
      <w:r>
        <w:rPr>
          <w:b w:val="0"/>
          <w:i w:val="0"/>
        </w:rPr>
        <w:t>The same chapter looks at the plateau many marriages reach in the middle years and at bringing play and laughter back. The book says that when there's a healthy amount of teasing, joking and play in a marriage, conflicts can dissolve on their own.</w:t>
      </w:r>
    </w:p>
    <w:p>
      <w:r>
        <w:rPr>
          <w:b w:val="0"/>
          <w:i w:val="0"/>
        </w:rPr>
        <w:t>If you'd like this Valentine's Day to start something that lasts, have a look:</w:t>
      </w:r>
    </w:p>
    <w:p>
      <w:r>
        <w:rPr>
          <w:b w:val="0"/>
          <w:i w:val="0"/>
        </w:rPr>
        <w:t>==&gt; {{AFFILIATE_LINK}}</w:t>
      </w:r>
    </w:p>
    <w:p>
      <w:r>
        <w:rPr>
          <w:b w:val="0"/>
          <w:i w:val="0"/>
        </w:rPr>
        <w:t>[Your name]</w:t>
      </w:r>
    </w:p>
    <w:p>
      <w:r>
        <w:rPr>
          <w:b w:val="0"/>
          <w:i/>
        </w:rPr>
        <w:t>I may earn a commission if you buy through my link, at no extra cost to you.</w:t>
      </w:r>
    </w:p>
    <w:p>
      <w:pPr>
        <w:pStyle w:val="Heading2"/>
      </w:pPr>
      <w:r>
        <w:rPr>
          <w:color w:val="182849"/>
        </w:rPr>
        <w:t>Email 16: Be more specific than "save my marriage"</w:t>
      </w:r>
    </w:p>
    <w:p>
      <w:r>
        <w:rPr>
          <w:b w:val="0"/>
          <w:i/>
        </w:rPr>
        <w:t>Seasonal emails · The first week of January · Any list with married readers</w:t>
      </w:r>
    </w:p>
    <w:p>
      <w:r>
        <w:rPr>
          <w:b/>
          <w:i w:val="0"/>
        </w:rPr>
        <w:t>Subject: Be more specific than "save my marriage"</w:t>
      </w:r>
    </w:p>
    <w:p>
      <w:r>
        <w:rPr>
          <w:b/>
          <w:i w:val="0"/>
        </w:rPr>
        <w:t>Subject: A resolution for your marriage this year</w:t>
      </w:r>
    </w:p>
    <w:p>
      <w:r>
        <w:rPr>
          <w:b/>
          <w:i w:val="0"/>
        </w:rPr>
        <w:t>Subject: Before you make any resolutions</w:t>
      </w:r>
    </w:p>
    <w:p>
      <w:r>
        <w:rPr>
          <w:b w:val="0"/>
          <w:i w:val="0"/>
        </w:rPr>
        <w:t>Preheader: The course starts by asking you to write down what you really want.</w:t>
      </w:r>
    </w:p>
    <w:p>
      <w:r>
        <w:rPr>
          <w:b w:val="0"/>
          <w:i w:val="0"/>
        </w:rPr>
        <w:t>Hi {{first_name}},</w:t>
      </w:r>
    </w:p>
    <w:p>
      <w:r>
        <w:rPr>
          <w:b w:val="0"/>
          <w:i w:val="0"/>
        </w:rPr>
        <w:t>If your marriage is on your mind as the new year starts, Save My Marriage Today! begins in a useful place. In its first chapter, it asks you to write down your goals, and to be much more specific than "saving my marriage."</w:t>
      </w:r>
    </w:p>
    <w:p>
      <w:r>
        <w:rPr>
          <w:b w:val="0"/>
          <w:i w:val="0"/>
        </w:rPr>
        <w:t>Start the year with it here:</w:t>
      </w:r>
    </w:p>
    <w:p>
      <w:r>
        <w:rPr>
          <w:b w:val="0"/>
          <w:i w:val="0"/>
        </w:rPr>
        <w:t>==&gt; {{AFFILIATE_LINK}}</w:t>
      </w:r>
    </w:p>
    <w:p>
      <w:r>
        <w:rPr>
          <w:b w:val="0"/>
          <w:i w:val="0"/>
        </w:rPr>
        <w:t>The book says your goals should describe the future you want, so that old habits don't repeat. Its example of a bad habit is a sharp "You never help me!" that leaves your partner less willing to help the next time.</w:t>
      </w:r>
    </w:p>
    <w:p>
      <w:r>
        <w:rPr>
          <w:b w:val="0"/>
          <w:i w:val="0"/>
        </w:rPr>
        <w:t>It's also honest about what a book can do. It says reading it should only be the beginning, because it can suggest topics to discuss and exercises to bring you closer, but it can't make you act on them.</w:t>
      </w:r>
    </w:p>
    <w:p>
      <w:r>
        <w:rPr>
          <w:b w:val="0"/>
          <w:i w:val="0"/>
        </w:rPr>
        <w:t>[Add one honest sentence about what you hope your readers' marriages look like by the end of the year]</w:t>
      </w:r>
    </w:p>
    <w:p>
      <w:r>
        <w:rPr>
          <w:b w:val="0"/>
          <w:i w:val="0"/>
        </w:rPr>
        <w:t>==&gt; {{AFFILIATE_LINK}}</w:t>
      </w:r>
    </w:p>
    <w:p>
      <w:r>
        <w:rPr>
          <w:b w:val="0"/>
          <w:i w:val="0"/>
        </w:rPr>
        <w:t>[Your name]</w:t>
      </w:r>
    </w:p>
    <w:p>
      <w:r>
        <w:rPr>
          <w:b w:val="0"/>
          <w:i/>
        </w:rPr>
        <w:t>I may earn a commission if you buy through my link, at no extra cost to you.</w:t>
      </w:r>
    </w:p>
    <w:p>
      <w:pPr>
        <w:pStyle w:val="Heading2"/>
      </w:pPr>
      <w:r>
        <w:rPr>
          <w:color w:val="182849"/>
        </w:rPr>
        <w:t>Email 17: How Strong Is Your Marriage?</w:t>
      </w:r>
    </w:p>
    <w:p>
      <w:r>
        <w:rPr>
          <w:b w:val="0"/>
          <w:i/>
        </w:rPr>
        <w:t>From the original affiliate area · Lists that like a personal recommendation</w:t>
      </w:r>
    </w:p>
    <w:p>
      <w:r>
        <w:rPr>
          <w:b/>
          <w:i w:val="0"/>
        </w:rPr>
        <w:t>Subject: How Strong Is Your Marriage?</w:t>
      </w:r>
    </w:p>
    <w:p>
      <w:r>
        <w:rPr>
          <w:b w:val="0"/>
          <w:i w:val="0"/>
        </w:rPr>
        <w:t>I've been reading the work of relationship writer Amy Waterman. She says the single biggest reason couples break up is unrealistic expectations and poor communication skills.</w:t>
      </w:r>
    </w:p>
    <w:p>
      <w:r>
        <w:rPr>
          <w:b w:val="0"/>
          <w:i w:val="0"/>
        </w:rPr>
        <w:t>I tended to agree. For those of you who don't know Amy Waterman, she co-wrote Save My Marriage Today:</w:t>
      </w:r>
    </w:p>
    <w:p>
      <w:r>
        <w:rPr>
          <w:b w:val="0"/>
          <w:i w:val="0"/>
        </w:rPr>
        <w:t>{{AFFILIATE_LINK}}</w:t>
      </w:r>
    </w:p>
    <w:p>
      <w:r>
        <w:rPr>
          <w:b w:val="0"/>
          <w:i w:val="0"/>
        </w:rPr>
        <w:t>I had a good look over Save My Marriage Today and I was relieved that someone has finally come up with a full-inclusion course that covers all the fundamental issues (plus a few unexpected ones) that can jeopardize the love and security of your marriage.</w:t>
      </w:r>
    </w:p>
    <w:p>
      <w:r>
        <w:rPr>
          <w:b w:val="0"/>
          <w:i w:val="0"/>
        </w:rPr>
        <w:t>So many couples break up over issues that could have been resolved if they had the right skill set to deal with issues, and knew the correct formula for maintaining healthy communication and worked towards a solution. It's often not a lack of passion or commitment as much as it is an inability to know what to do and where to start saving a marriage. That's where a step-by-step marriage saving course really pays off.</w:t>
      </w:r>
    </w:p>
    <w:p>
      <w:r>
        <w:rPr>
          <w:b w:val="0"/>
          <w:i w:val="0"/>
        </w:rPr>
        <w:t>Amy's style helps couples, both young and old, repair their relationship problems and re-ignite the spark that once existed before it is too late. It's quite normal for a marriage to go through cycles, and arguments will happen from time to time. In fact, you should expect them as part of a healthy marriage.</w:t>
      </w:r>
    </w:p>
    <w:p>
      <w:r>
        <w:rPr>
          <w:b w:val="0"/>
          <w:i w:val="0"/>
        </w:rPr>
        <w:t>It's how you deal with those arguments and disagreements that dictates the health of your relationship. Amy shows you the appropriate way to raise issues and deal with them in a way that takes into account the feelings of both parties and delivers an outcome that avoids the stress, pain and emotional trauma of marital failure.</w:t>
      </w:r>
    </w:p>
    <w:p>
      <w:r>
        <w:rPr>
          <w:b w:val="0"/>
          <w:i w:val="0"/>
        </w:rPr>
        <w:t>She deals with topics such as:</w:t>
      </w:r>
    </w:p>
    <w:p>
      <w:r>
        <w:rPr>
          <w:b w:val="0"/>
          <w:i w:val="0"/>
        </w:rPr>
        <w:t>* Tips on how to rescue your marriage</w:t>
      </w:r>
    </w:p>
    <w:p>
      <w:r>
        <w:rPr>
          <w:b w:val="0"/>
          <w:i w:val="0"/>
        </w:rPr>
        <w:t>* How to reintroduce passion</w:t>
      </w:r>
    </w:p>
    <w:p>
      <w:r>
        <w:rPr>
          <w:b w:val="0"/>
          <w:i w:val="0"/>
        </w:rPr>
        <w:t>* How to repair your marriage after an affair</w:t>
      </w:r>
    </w:p>
    <w:p>
      <w:r>
        <w:rPr>
          <w:b w:val="0"/>
          <w:i w:val="0"/>
        </w:rPr>
        <w:t>* Self-assessment</w:t>
      </w:r>
    </w:p>
    <w:p>
      <w:r>
        <w:rPr>
          <w:b w:val="0"/>
          <w:i w:val="0"/>
        </w:rPr>
        <w:t>* Gestures that are more important than words</w:t>
      </w:r>
    </w:p>
    <w:p>
      <w:r>
        <w:rPr>
          <w:b w:val="0"/>
          <w:i w:val="0"/>
        </w:rPr>
        <w:t>And much more.</w:t>
      </w:r>
    </w:p>
    <w:p>
      <w:r>
        <w:rPr>
          <w:b w:val="0"/>
          <w:i w:val="0"/>
        </w:rPr>
        <w:t>Many people split from their husbands and wives and go through enormous trauma all because they are unable to deal with what started as a simple problem that could easily have been overcome. Using and applying the methods in Save My Marriage Today ultimately could have saved them a lot of heartache, as well as money. It's such a waste.</w:t>
      </w:r>
    </w:p>
    <w:p>
      <w:r>
        <w:rPr>
          <w:b w:val="0"/>
          <w:i w:val="0"/>
        </w:rPr>
        <w:t>Amy makes it easy for you by identifying key things that can jeopardize your marriage rescue and shows you how to avoid them. If you are serious about saving your marriage and making your love endure, you should learn all you can about communication, commitment, patience, and beliefs that will make your relationship stronger.</w:t>
      </w:r>
    </w:p>
    <w:p>
      <w:r>
        <w:rPr>
          <w:b w:val="0"/>
          <w:i w:val="0"/>
        </w:rPr>
        <w:t>These are life skills that can help your marriage now and set it on the path to a secure future.</w:t>
      </w:r>
    </w:p>
    <w:p>
      <w:r>
        <w:rPr>
          <w:b w:val="0"/>
          <w:i w:val="0"/>
        </w:rPr>
        <w:t>Customers also get a personal email consultation, so they can discuss their own situation with the Save My Marriage Today team.</w:t>
      </w:r>
    </w:p>
    <w:p>
      <w:r>
        <w:rPr>
          <w:b w:val="0"/>
          <w:i w:val="0"/>
        </w:rPr>
        <w:t>Don't follow the advice of well-meaning friends or family. Your marriage needs methods built to last the distance. The techniques Amy and the Save My Marriage Today team reveal are thought provoking and practical. I found there was something for everyone in this course, no matter how long you have been married or how strong your union is.</w:t>
      </w:r>
    </w:p>
    <w:p>
      <w:r>
        <w:rPr>
          <w:b w:val="0"/>
          <w:i w:val="0"/>
        </w:rPr>
        <w:t>I was very impressed when I finished checking out Save My Marriage Today and have recommended it to everyone who wants more happiness and fulfillment out of their life and marriage.</w:t>
      </w:r>
    </w:p>
    <w:p>
      <w:r>
        <w:rPr>
          <w:b w:val="0"/>
          <w:i w:val="0"/>
        </w:rPr>
        <w:t>I would encourage you to look for yourself and do something today to save your marriage before it is too late!</w:t>
      </w:r>
    </w:p>
    <w:p>
      <w:r>
        <w:rPr>
          <w:b w:val="0"/>
          <w:i w:val="0"/>
        </w:rPr>
        <w:t>Visit: {{AFFILIATE_LINK}}</w:t>
      </w:r>
    </w:p>
    <w:p>
      <w:r>
        <w:rPr>
          <w:b w:val="0"/>
          <w:i w:val="0"/>
        </w:rPr>
        <w:t>And take control of your happiness. For better or for worse, Amy and Save My Marriage Today can help your marriage.</w:t>
      </w:r>
    </w:p>
    <w:p>
      <w:r>
        <w:rPr>
          <w:b w:val="0"/>
          <w:i w:val="0"/>
        </w:rPr>
        <w:t>Bye for now,</w:t>
      </w:r>
    </w:p>
    <w:p>
      <w:r>
        <w:rPr>
          <w:b w:val="0"/>
          <w:i w:val="0"/>
        </w:rPr>
        <w:t>[Your name]</w:t>
      </w:r>
    </w:p>
    <w:p>
      <w:r>
        <w:rPr>
          <w:b w:val="0"/>
          <w:i/>
        </w:rPr>
        <w:t>I may earn a commission if you buy through my link, at no extra cost to you.</w:t>
      </w:r>
    </w:p>
    <w:p>
      <w:pPr>
        <w:pStyle w:val="Heading2"/>
      </w:pPr>
      <w:r>
        <w:rPr>
          <w:color w:val="182849"/>
        </w:rPr>
        <w:t>Email 18: Learning to Love Unconditionally</w:t>
      </w:r>
    </w:p>
    <w:p>
      <w:r>
        <w:rPr>
          <w:b w:val="0"/>
          <w:i/>
        </w:rPr>
        <w:t>From the original affiliate area · Lists that like longer, article-style emails</w:t>
      </w:r>
    </w:p>
    <w:p>
      <w:r>
        <w:rPr>
          <w:b/>
          <w:i w:val="0"/>
        </w:rPr>
        <w:t>Subject: Learning to Love Unconditionally</w:t>
      </w:r>
    </w:p>
    <w:p>
      <w:r>
        <w:rPr>
          <w:b w:val="0"/>
          <w:i w:val="0"/>
        </w:rPr>
        <w:t>&gt;&gt;&gt; There has never been a better time to put an end to the heartache of an unfulfilling relationship. You can rebuild the happiness and close connection, thanks to the life-changing techniques at SaveMyMarriageToday.com</w:t>
      </w:r>
    </w:p>
    <w:p>
      <w:r>
        <w:rPr>
          <w:b w:val="0"/>
          <w:i w:val="0"/>
        </w:rPr>
        <w:t>{{AFFILIATE_LINK}}</w:t>
      </w:r>
    </w:p>
    <w:p>
      <w:r>
        <w:rPr>
          <w:b w:val="0"/>
          <w:i w:val="0"/>
        </w:rPr>
        <w:t>Hi {{first_name}},</w:t>
      </w:r>
    </w:p>
    <w:p>
      <w:r>
        <w:rPr>
          <w:b w:val="0"/>
          <w:i w:val="0"/>
        </w:rPr>
        <w:t>Marriage, like life, is a cycle of ups and downs. It's easy to say your marriage is in good health when the world around you is prospering, but when your fortunes turn and your world is in hardship, how you interact within your marriage can often paint an altogether different picture.</w:t>
      </w:r>
    </w:p>
    <w:p>
      <w:r>
        <w:rPr>
          <w:b w:val="0"/>
          <w:i w:val="0"/>
        </w:rPr>
        <w:t>How we feel about those we love can have a huge impact on the health of the relationship, much like a relationship with a friend. We love our friends, but the real test of a friendship or relationship is when, in times of crisis, we feel let down or disappointed in our loved ones or the outcome achieved.</w:t>
      </w:r>
    </w:p>
    <w:p>
      <w:r>
        <w:rPr>
          <w:b w:val="0"/>
          <w:i w:val="0"/>
        </w:rPr>
        <w:t>In many cases, the disappointment you feel is in your perspective of the situation. You set standards of behavior for yourself and set the same high standards for those around you, and are disappointed when they let you down. In taking some meaning from the hurt you feel at being disappointed, a colleague shared the following insight:</w:t>
      </w:r>
    </w:p>
    <w:p>
      <w:r>
        <w:rPr>
          <w:b w:val="0"/>
          <w:i w:val="0"/>
        </w:rPr>
        <w:t>"You feel disappointment so keenly because you love people so much"</w:t>
      </w:r>
    </w:p>
    <w:p>
      <w:r>
        <w:rPr>
          <w:b w:val="0"/>
          <w:i w:val="0"/>
        </w:rPr>
        <w:t>So is it the same when we feel disappointed or let down by our partners? Do we feel disappointment or hurt so keenly because we put our partners up on such a pedestal and expect them to always get it right?</w:t>
      </w:r>
    </w:p>
    <w:p>
      <w:r>
        <w:rPr>
          <w:b w:val="0"/>
          <w:i w:val="0"/>
        </w:rPr>
        <w:t>This was perhaps a little more complicated than I had first anticipated, and it made me wonder whether the fault was on them for not living up to our expectations or standards, or whether our standards were in fact what was at fault. Is it fair to expect the same level of respect and love that you offer so freely to those that you love?</w:t>
      </w:r>
    </w:p>
    <w:p>
      <w:r>
        <w:rPr>
          <w:b w:val="0"/>
          <w:i w:val="0"/>
        </w:rPr>
        <w:t>I tell myself that I must lower my expectations of others and that I will do so in what they expect of me, but the reality is that I seem unable to do so. I think the world of my friends. If I love someone I feel compelled to share this thought with them so that they might know that they are valued, and I constantly live in hope that the same feelings are felt in return.</w:t>
      </w:r>
    </w:p>
    <w:p>
      <w:r>
        <w:rPr>
          <w:b w:val="0"/>
          <w:i w:val="0"/>
        </w:rPr>
        <w:t>But in taking a closer look, we realize that this is part of what love is about. Sharing our feelings of connection with others, and letting them know that what they do is valued. We feel a sense of togetherness when we are able to share our feelings with others. Love is also what keeps us coming back for more, keeps us trying to do things better, and helps us to keep trying even when we feel let down.</w:t>
      </w:r>
    </w:p>
    <w:p>
      <w:r>
        <w:rPr>
          <w:b w:val="0"/>
          <w:i w:val="0"/>
        </w:rPr>
        <w:t>So how do we let go of the hurt?</w:t>
      </w:r>
    </w:p>
    <w:p>
      <w:r>
        <w:rPr>
          <w:b w:val="0"/>
          <w:i w:val="0"/>
        </w:rPr>
        <w:t>Some would say that unconditional love is giving love without the expectation of reciprocation. But it doesn't make it any easier. Part of loving those around you is knowing that they share the same values as you, and that they will be there to support you when you need it. Knowing that quitting isn't an option, and that the benefit of hanging in there is going to deliver benefits to both of you is what keeps many people going.</w:t>
      </w:r>
    </w:p>
    <w:p>
      <w:r>
        <w:rPr>
          <w:b w:val="0"/>
          <w:i w:val="0"/>
        </w:rPr>
        <w:t>Telling your partner about your feelings and expectations is a hard thing to do, and exposes you to a certain amount of vulnerability. There is also the fear that your comments can be taken the wrong way, or that they can be used against you or interpreted as a criticism.</w:t>
      </w:r>
    </w:p>
    <w:p>
      <w:r>
        <w:rPr>
          <w:b w:val="0"/>
          <w:i w:val="0"/>
        </w:rPr>
        <w:t>It's not about criticism. It's about helping your partner see why you feel the way you do. It's about helping communicate a part of what makes you tick. It may not be perfect, and it feels scary, but that is one of the most valuable parts of this exercise. In talking to a partner about your feelings and what leads you to feel these feelings is a valuable part of intimacy.</w:t>
      </w:r>
    </w:p>
    <w:p>
      <w:r>
        <w:rPr>
          <w:b w:val="0"/>
          <w:i w:val="0"/>
        </w:rPr>
        <w:t>It's about getting to know each other better.</w:t>
      </w:r>
    </w:p>
    <w:p>
      <w:r>
        <w:rPr>
          <w:b w:val="0"/>
          <w:i w:val="0"/>
        </w:rPr>
        <w:t>And realizing that loving someone is about loving them even when they let you down.</w:t>
      </w:r>
    </w:p>
    <w:p>
      <w:r>
        <w:rPr>
          <w:b w:val="0"/>
          <w:i w:val="0"/>
        </w:rPr>
        <w:t>For more tips about unconditional love and developing a greater understanding of what it truly takes to create and foster a healthy and loving marriage, check out "Save My Marriage Today":</w:t>
      </w:r>
    </w:p>
    <w:p>
      <w:r>
        <w:rPr>
          <w:b w:val="0"/>
          <w:i w:val="0"/>
        </w:rPr>
        <w:t>{{AFFILIATE_LINK}}</w:t>
      </w:r>
    </w:p>
    <w:p>
      <w:r>
        <w:rPr>
          <w:b w:val="0"/>
          <w:i w:val="0"/>
        </w:rPr>
        <w:t>Best of luck in your marriage,</w:t>
      </w:r>
    </w:p>
    <w:p>
      <w:r>
        <w:rPr>
          <w:b w:val="0"/>
          <w:i w:val="0"/>
        </w:rPr>
        <w:t>[Your name]</w:t>
      </w:r>
    </w:p>
    <w:p>
      <w:r>
        <w:rPr>
          <w:b w:val="0"/>
          <w:i/>
        </w:rPr>
        <w:t>I may earn a commission if you buy through my link, at no extra cost to you.</w:t>
      </w:r>
    </w:p>
    <w:p>
      <w:pPr>
        <w:pStyle w:val="Heading2"/>
      </w:pPr>
      <w:r>
        <w:rPr>
          <w:color w:val="182849"/>
        </w:rPr>
        <w:t>Email 19: Key To A Better Marriage</w:t>
      </w:r>
    </w:p>
    <w:p>
      <w:r>
        <w:rPr>
          <w:b w:val="0"/>
          <w:i/>
        </w:rPr>
        <w:t>From the original affiliate area · Readers in an urgent marriage crisis</w:t>
      </w:r>
    </w:p>
    <w:p>
      <w:r>
        <w:rPr>
          <w:b/>
          <w:i w:val="0"/>
        </w:rPr>
        <w:t>Subject: Key To A Better Marriage</w:t>
      </w:r>
    </w:p>
    <w:p>
      <w:r>
        <w:rPr>
          <w:b w:val="0"/>
          <w:i w:val="0"/>
        </w:rPr>
        <w:t>Hi {{first_name}},</w:t>
      </w:r>
    </w:p>
    <w:p>
      <w:r>
        <w:rPr>
          <w:b w:val="0"/>
          <w:i w:val="0"/>
        </w:rPr>
        <w:t>If your marriage is in crisis, you need to act, and you need a clear plan to help save it. Don't wait a moment longer:</w:t>
      </w:r>
    </w:p>
    <w:p>
      <w:r>
        <w:rPr>
          <w:b w:val="0"/>
          <w:i w:val="0"/>
        </w:rPr>
        <w:t>==&gt; {{AFFILIATE_LINK}}</w:t>
      </w:r>
    </w:p>
    <w:p>
      <w:r>
        <w:rPr>
          <w:b w:val="0"/>
          <w:i w:val="0"/>
        </w:rPr>
        <w:t>Did you know that the longer you leave it, the more damage you risk doing? Don't risk pushing your spouse even further away.</w:t>
      </w:r>
    </w:p>
    <w:p>
      <w:r>
        <w:rPr>
          <w:b w:val="0"/>
          <w:i w:val="0"/>
        </w:rPr>
        <w:t>Save My Marriage Today is a complete course built to help couples reestablish love and renew commitment.</w:t>
      </w:r>
    </w:p>
    <w:p>
      <w:r>
        <w:rPr>
          <w:b w:val="0"/>
          <w:i w:val="0"/>
        </w:rPr>
        <w:t>What is 'Save My Marriage Today?'</w:t>
      </w:r>
    </w:p>
    <w:p>
      <w:r>
        <w:rPr>
          <w:b w:val="0"/>
          <w:i w:val="0"/>
        </w:rPr>
        <w:t>It is a complete guide that takes individuals and couples on a journey of self-examination and gets to the heart of what is really happening behind your marriage crisis.</w:t>
      </w:r>
    </w:p>
    <w:p>
      <w:r>
        <w:rPr>
          <w:b w:val="0"/>
          <w:i w:val="0"/>
        </w:rPr>
        <w:t>No matter how seemingly irretrievable your marriage may seem, with the right techniques and attitude, the Save My Marriage Today team can offer insights and information that will stem the flow of negativity and stop the mistakes you may not even know you are making... right now.</w:t>
      </w:r>
    </w:p>
    <w:p>
      <w:r>
        <w:rPr>
          <w:b w:val="0"/>
          <w:i w:val="0"/>
        </w:rPr>
        <w:t>It's not about tricks and manipulation to get your partner to give you what you want.</w:t>
      </w:r>
    </w:p>
    <w:p>
      <w:r>
        <w:rPr>
          <w:b w:val="0"/>
          <w:i w:val="0"/>
        </w:rPr>
        <w:t>It's about establishing key actions and patterns to get your life back on track, as well as your marriage.</w:t>
      </w:r>
    </w:p>
    <w:p>
      <w:r>
        <w:rPr>
          <w:b w:val="0"/>
          <w:i w:val="0"/>
        </w:rPr>
        <w:t>This is about much more than your relationship. This is going to change the way you live your life.</w:t>
      </w:r>
    </w:p>
    <w:p>
      <w:r>
        <w:rPr>
          <w:b w:val="0"/>
          <w:i w:val="0"/>
        </w:rPr>
        <w:t>I strongly recommend that you check out the website right now as this course has helped men and women around the world, and it could help you too.</w:t>
      </w:r>
    </w:p>
    <w:p>
      <w:r>
        <w:rPr>
          <w:b w:val="0"/>
          <w:i w:val="0"/>
        </w:rPr>
        <w:t>==&gt; {{AFFILIATE_LINK}}</w:t>
      </w:r>
    </w:p>
    <w:p>
      <w:r>
        <w:rPr>
          <w:b w:val="0"/>
          <w:i w:val="0"/>
        </w:rPr>
        <w:t>Kind regards,</w:t>
      </w:r>
    </w:p>
    <w:p>
      <w:r>
        <w:rPr>
          <w:b w:val="0"/>
          <w:i w:val="0"/>
        </w:rPr>
        <w:t>[Your name]</w:t>
      </w:r>
    </w:p>
    <w:p>
      <w:r>
        <w:rPr>
          <w:b w:val="0"/>
          <w:i/>
        </w:rPr>
        <w:t>I may earn a commission if you buy through my link, at no extra cost to you.</w:t>
      </w:r>
    </w:p>
    <w:p>
      <w:pPr>
        <w:pStyle w:val="Heading2"/>
      </w:pPr>
      <w:r>
        <w:rPr>
          <w:color w:val="182849"/>
        </w:rPr>
        <w:t>Email 20: Don't Wait Any Longer</w:t>
      </w:r>
    </w:p>
    <w:p>
      <w:r>
        <w:rPr>
          <w:b w:val="0"/>
          <w:i/>
        </w:rPr>
        <w:t>From the original affiliate area · Readers who already know the course</w:t>
      </w:r>
    </w:p>
    <w:p>
      <w:r>
        <w:rPr>
          <w:b/>
          <w:i w:val="0"/>
        </w:rPr>
        <w:t>Subject: Don't Wait Any Longer</w:t>
      </w:r>
    </w:p>
    <w:p>
      <w:r>
        <w:rPr>
          <w:b w:val="0"/>
          <w:i w:val="0"/>
        </w:rPr>
        <w:t>Hi {{first_name}},</w:t>
      </w:r>
    </w:p>
    <w:p>
      <w:r>
        <w:rPr>
          <w:b w:val="0"/>
          <w:i w:val="0"/>
        </w:rPr>
        <w:t>This is a quick note to let you know that Save My Marriage Today comes with 6 marriage-saving bonuses, all for one price of $49.95:</w:t>
      </w:r>
    </w:p>
    <w:p>
      <w:r>
        <w:rPr>
          <w:b w:val="0"/>
          <w:i w:val="0"/>
        </w:rPr>
        <w:t>==&gt; {{AFFILIATE_LINK}}</w:t>
      </w:r>
    </w:p>
    <w:p>
      <w:r>
        <w:rPr>
          <w:b w:val="0"/>
          <w:i w:val="0"/>
        </w:rPr>
        <w:t>If you ever wanted a better marriage and better life skills for dealing with the challenges that face you and the marriage, then this is something to get right now.</w:t>
      </w:r>
    </w:p>
    <w:p>
      <w:r>
        <w:rPr>
          <w:b w:val="0"/>
          <w:i w:val="0"/>
        </w:rPr>
        <w:t>Check it out as soon as you can:</w:t>
      </w:r>
    </w:p>
    <w:p>
      <w:r>
        <w:rPr>
          <w:b w:val="0"/>
          <w:i w:val="0"/>
        </w:rPr>
        <w:t>==&gt; {{AFFILIATE_LINK}}</w:t>
      </w:r>
    </w:p>
    <w:p>
      <w:r>
        <w:rPr>
          <w:b w:val="0"/>
          <w:i w:val="0"/>
        </w:rPr>
        <w:t>Kind regards,</w:t>
      </w:r>
    </w:p>
    <w:p>
      <w:r>
        <w:rPr>
          <w:b w:val="0"/>
          <w:i w:val="0"/>
        </w:rPr>
        <w:t>[Your name]</w:t>
      </w:r>
    </w:p>
    <w:p>
      <w:r>
        <w:rPr>
          <w:b w:val="0"/>
          <w:i/>
        </w:rPr>
        <w:t>I may earn a commission if you buy through my link, at no extra cost to you.</w:t>
      </w:r>
    </w:p>
    <w:p>
      <w:pPr>
        <w:pStyle w:val="Heading2"/>
      </w:pPr>
      <w:r>
        <w:rPr>
          <w:color w:val="182849"/>
        </w:rPr>
        <w:t>Email 21: Stopping Your Spouse From Divorce</w:t>
      </w:r>
    </w:p>
    <w:p>
      <w:r>
        <w:rPr>
          <w:b w:val="0"/>
          <w:i/>
        </w:rPr>
        <w:t>From the original affiliate area · Lists that like longer, article-style emails</w:t>
      </w:r>
    </w:p>
    <w:p>
      <w:r>
        <w:rPr>
          <w:b/>
          <w:i w:val="0"/>
        </w:rPr>
        <w:t>Subject: Stopping Your Spouse From Divorce</w:t>
      </w:r>
    </w:p>
    <w:p>
      <w:r>
        <w:rPr>
          <w:b w:val="0"/>
          <w:i w:val="0"/>
        </w:rPr>
        <w:t>&gt;&gt;&gt; It's never too late to save your marriage, which is why it's imperative that you have the right tools and techniques. If you are serious about saving your marriage, there's no better time than now:</w:t>
      </w:r>
    </w:p>
    <w:p>
      <w:r>
        <w:rPr>
          <w:b w:val="0"/>
          <w:i w:val="0"/>
        </w:rPr>
        <w:t>{{AFFILIATE_LINK}}</w:t>
      </w:r>
    </w:p>
    <w:p>
      <w:r>
        <w:rPr>
          <w:b w:val="0"/>
          <w:i w:val="0"/>
        </w:rPr>
        <w:t>Hey {{first_name}},</w:t>
      </w:r>
    </w:p>
    <w:p>
      <w:r>
        <w:rPr>
          <w:b w:val="0"/>
          <w:i w:val="0"/>
        </w:rPr>
        <w:t>There are numerous reasons why a once committed relationship would degenerate to one partner asking for a divorce. It could have been:</w:t>
      </w:r>
    </w:p>
    <w:p>
      <w:r>
        <w:rPr>
          <w:b w:val="0"/>
          <w:i w:val="0"/>
        </w:rPr>
        <w:t>* an affair * having been separated by a long distance for lengths of time * conflict * behavioral issues or psychological problems of one spouse * midlife crisis * even unmanaged addictions.</w:t>
      </w:r>
    </w:p>
    <w:p>
      <w:r>
        <w:rPr>
          <w:b w:val="0"/>
          <w:i w:val="0"/>
        </w:rPr>
        <w:t>Regardless of the problems seen and experienced on the surface, the bottom line is that usually, barring any abuse or psychological problems that are best handled by a professional, a couple can find themselves in danger of divorce when there is a loss of:</w:t>
      </w:r>
    </w:p>
    <w:p>
      <w:r>
        <w:rPr>
          <w:b w:val="0"/>
          <w:i w:val="0"/>
        </w:rPr>
        <w:t>* communication, * love * and intimacy</w:t>
      </w:r>
    </w:p>
    <w:p>
      <w:r>
        <w:rPr>
          <w:b w:val="0"/>
          <w:i w:val="0"/>
        </w:rPr>
        <w:t>in the marital relationship.</w:t>
      </w:r>
    </w:p>
    <w:p>
      <w:r>
        <w:rPr>
          <w:b w:val="0"/>
          <w:i w:val="0"/>
        </w:rPr>
        <w:t>Conflict or anger itself does not have to cause an irreparable rift between partners. With good communication skills and a shared commitment to a marriage, even these are surmountable.</w:t>
      </w:r>
    </w:p>
    <w:p>
      <w:r>
        <w:rPr>
          <w:b w:val="0"/>
          <w:i w:val="0"/>
        </w:rPr>
        <w:t>However, at that point where one partner is at the brink of abandoning the relationship, how can the remaining partner save their marriage?</w:t>
      </w:r>
    </w:p>
    <w:p>
      <w:r>
        <w:rPr>
          <w:b w:val="0"/>
          <w:i w:val="0"/>
        </w:rPr>
        <w:t>If you are at the point where your spouse has asked for a divorce, what can you do?</w:t>
      </w:r>
    </w:p>
    <w:p>
      <w:r>
        <w:rPr>
          <w:b w:val="0"/>
          <w:i w:val="0"/>
        </w:rPr>
        <w:t>You must realize first that, YOU DO HAVE A CHOICE. Often, when confronted by a crisis, we find ourselves backed into a corner thinking we have no choice in the matter.</w:t>
      </w:r>
    </w:p>
    <w:p>
      <w:r>
        <w:rPr>
          <w:b w:val="0"/>
          <w:i w:val="0"/>
        </w:rPr>
        <w:t>How can we change the situation when it involves another person's feelings or decisions?</w:t>
      </w:r>
    </w:p>
    <w:p>
      <w:r>
        <w:rPr>
          <w:b w:val="0"/>
          <w:i w:val="0"/>
        </w:rPr>
        <w:t>While we cannot, MUST NOT and IN NO WAY manipulate, blackmail or threaten our partner into changing their mind, we can actually control how we react to the situation. If anything, you must realize that you still have control over yourself.</w:t>
      </w:r>
    </w:p>
    <w:p>
      <w:r>
        <w:rPr>
          <w:b w:val="0"/>
          <w:i w:val="0"/>
        </w:rPr>
        <w:t>While you may feel your partner's actions are the issue here, your reactions to those actions are actually more important.</w:t>
      </w:r>
    </w:p>
    <w:p>
      <w:r>
        <w:rPr>
          <w:b w:val="0"/>
          <w:i w:val="0"/>
        </w:rPr>
        <w:t>You have the opportunity to look inward and take responsibility for your own feelings and actions and even have the chance to take personal inventory of what your partner is trying to tell you.</w:t>
      </w:r>
    </w:p>
    <w:p>
      <w:r>
        <w:rPr>
          <w:b w:val="0"/>
          <w:i w:val="0"/>
        </w:rPr>
        <w:t>Are there points in your marriage that must be changed? If so, respond appropriately and proactively.</w:t>
      </w:r>
    </w:p>
    <w:p>
      <w:r>
        <w:rPr>
          <w:b w:val="0"/>
          <w:i w:val="0"/>
        </w:rPr>
        <w:t>Here's the thing. You can choose to wallow in pain and anger or you can choose to become even more positive and loving towards your spouse. You can choose to blame and shame your partner or you can choose to take stock, be accountable for where your marriage is and move on towards a more fulfilling, happy you.</w:t>
      </w:r>
    </w:p>
    <w:p>
      <w:r>
        <w:rPr>
          <w:b w:val="0"/>
          <w:i w:val="0"/>
        </w:rPr>
        <w:t>Yes, you heard right. YOU can CHOOSE to be fulfilled and happy in the midst of crisis.</w:t>
      </w:r>
    </w:p>
    <w:p>
      <w:r>
        <w:rPr>
          <w:b w:val="0"/>
          <w:i w:val="0"/>
        </w:rPr>
        <w:t>Even if your spouse is stubborn and unresponsive, you can still change yourself and become as engaging, positive and proactive as you were when you first fell in love.</w:t>
      </w:r>
    </w:p>
    <w:p>
      <w:r>
        <w:rPr>
          <w:b w:val="0"/>
          <w:i w:val="0"/>
        </w:rPr>
        <w:t>Usually, at the struggling stage of a relationship, one or both couples would look back and miss the good old days where it was easy to be together. You can capture those days again - and even add to them with your own current maturity and growth.</w:t>
      </w:r>
    </w:p>
    <w:p>
      <w:r>
        <w:rPr>
          <w:b w:val="0"/>
          <w:i w:val="0"/>
        </w:rPr>
        <w:t>After all, you did not spend all those years together to throw what you have away so easily.</w:t>
      </w:r>
    </w:p>
    <w:p>
      <w:r>
        <w:rPr>
          <w:b w:val="0"/>
          <w:i w:val="0"/>
        </w:rPr>
        <w:t>You and your spouse have made a huge investment into this partnership and your intention to stay in the marriage through positive loving actions, through open communication and strengthened commitment, can help your spouse refocus their view on what you once committed to.</w:t>
      </w:r>
    </w:p>
    <w:p>
      <w:r>
        <w:rPr>
          <w:b w:val="0"/>
          <w:i w:val="0"/>
        </w:rPr>
        <w:t>Become a loving person again by caring for your spouse in the little everyday things. Be there for him or her when before you may have been too much of a workaholic.</w:t>
      </w:r>
    </w:p>
    <w:p>
      <w:r>
        <w:rPr>
          <w:b w:val="0"/>
          <w:i w:val="0"/>
        </w:rPr>
        <w:t>This marriage crisis may be the one thing that raises your awareness of the many gifts your relationship has offered you. Sometimes we don't appreciate things that come to us too easily, or don't appreciate them until they are gone.</w:t>
      </w:r>
    </w:p>
    <w:p>
      <w:r>
        <w:rPr>
          <w:b w:val="0"/>
          <w:i w:val="0"/>
        </w:rPr>
        <w:t>By raising your awareness of your marriage crisis, and empowering yourself to stay positive regardless of the many influences threatening to drag you down, fate has offered you the chance to change your perspective.</w:t>
      </w:r>
    </w:p>
    <w:p>
      <w:r>
        <w:rPr>
          <w:b w:val="0"/>
          <w:i w:val="0"/>
        </w:rPr>
        <w:t>Let go of the negative. Let go of the fighting. Once you are able to do that, you are ready to start loving.</w:t>
      </w:r>
    </w:p>
    <w:p>
      <w:r>
        <w:rPr>
          <w:b w:val="0"/>
          <w:i w:val="0"/>
        </w:rPr>
        <w:t>Set aside intimate time just for your partner alone whereas previously, you may have let the kids take up too much of your time.</w:t>
      </w:r>
    </w:p>
    <w:p>
      <w:r>
        <w:rPr>
          <w:b w:val="0"/>
          <w:i w:val="0"/>
        </w:rPr>
        <w:t>Then, when the time comes that you are able to open communication with your spouse and actually sit down and discuss the crisis you're in -ask him or her if he or she realizes just how much effort a divorce could entail?</w:t>
      </w:r>
    </w:p>
    <w:p>
      <w:r>
        <w:rPr>
          <w:b w:val="0"/>
          <w:i w:val="0"/>
        </w:rPr>
        <w:t>Does your spouse actually realize that a divorce has emotional, financial, logistical and physical consequences, often stretching out years beyond a divorce?</w:t>
      </w:r>
    </w:p>
    <w:p>
      <w:r>
        <w:rPr>
          <w:b w:val="0"/>
          <w:i w:val="0"/>
        </w:rPr>
        <w:t>A divorce brings CHANGE and it is definitely not to be taken lightly. If your spouse wants a divorce, is he or she prepared to embrace this change?</w:t>
      </w:r>
    </w:p>
    <w:p>
      <w:r>
        <w:rPr>
          <w:b w:val="0"/>
          <w:i w:val="0"/>
        </w:rPr>
        <w:t>Finally, you also have the option to involve a third party or mediator to help you and your spouse through this situation. If the situation is truly serious then by all means, get help.</w:t>
      </w:r>
    </w:p>
    <w:p>
      <w:r>
        <w:rPr>
          <w:b w:val="0"/>
          <w:i w:val="0"/>
        </w:rPr>
        <w:t>This is not the time to let your pride get in the way. A professional counselor, trusted elder or neutral friend can help in putting things into perspective between you and your partner and may even help unlock deep seated concerns or issues.</w:t>
      </w:r>
    </w:p>
    <w:p>
      <w:r>
        <w:rPr>
          <w:b w:val="0"/>
          <w:i w:val="0"/>
        </w:rPr>
        <w:t>For all you know, it may be as simple as your partner wanting more attention or more ways to open up to you.</w:t>
      </w:r>
    </w:p>
    <w:p>
      <w:r>
        <w:rPr>
          <w:b w:val="0"/>
          <w:i w:val="0"/>
        </w:rPr>
        <w:t>For more tips on helping yourself get the best out of your marriage, check out Save My Marriage Today:</w:t>
      </w:r>
    </w:p>
    <w:p>
      <w:r>
        <w:rPr>
          <w:b w:val="0"/>
          <w:i w:val="0"/>
        </w:rPr>
        <w:t>{{AFFILIATE_LINK}}</w:t>
      </w:r>
    </w:p>
    <w:p>
      <w:r>
        <w:rPr>
          <w:b w:val="0"/>
          <w:i w:val="0"/>
        </w:rPr>
        <w:t>Till next time,</w:t>
      </w:r>
    </w:p>
    <w:p>
      <w:r>
        <w:rPr>
          <w:b w:val="0"/>
          <w:i w:val="0"/>
        </w:rPr>
        <w:t>[Your name]</w:t>
      </w:r>
    </w:p>
    <w:p>
      <w:r>
        <w:rPr>
          <w:b w:val="0"/>
          <w:i/>
        </w:rPr>
        <w:t>I may earn a commission if you buy through my link, at no extra cost to you.</w:t>
      </w:r>
    </w:p>
    <w:p>
      <w:pPr>
        <w:pStyle w:val="Heading2"/>
      </w:pPr>
      <w:r>
        <w:rPr>
          <w:color w:val="182849"/>
        </w:rPr>
        <w:t>Email 22: Free: The 6 Most Common Reasons For Divorce</w:t>
      </w:r>
    </w:p>
    <w:p>
      <w:r>
        <w:rPr>
          <w:b w:val="0"/>
          <w:i/>
        </w:rPr>
        <w:t>From the original affiliate area · Readers who aren't ready to buy</w:t>
      </w:r>
    </w:p>
    <w:p>
      <w:r>
        <w:rPr>
          <w:b/>
          <w:i w:val="0"/>
        </w:rPr>
        <w:t>Subject: Free: The 6 Most Common Reasons For Divorce</w:t>
      </w:r>
    </w:p>
    <w:p>
      <w:r>
        <w:rPr>
          <w:b w:val="0"/>
          <w:i w:val="0"/>
        </w:rPr>
        <w:t>Hi {{first_name}},</w:t>
      </w:r>
    </w:p>
    <w:p>
      <w:r>
        <w:rPr>
          <w:b w:val="0"/>
          <w:i w:val="0"/>
        </w:rPr>
        <w:t>When your marriage is in crisis mode, the threat of divorce can seem like a very real proposition. In a few short arguments, what once seemed like the kind of thing that only happened to other couples is a very real outcome for you and your marriage if you can't stem the flow of negativity.</w:t>
      </w:r>
    </w:p>
    <w:p>
      <w:r>
        <w:rPr>
          <w:b w:val="0"/>
          <w:i w:val="0"/>
        </w:rPr>
        <w:t>When your marriage is in crisis mode, it's hard to think clearly. You may not know why you don't love your spouse as strongly as you used to. You may not know why you can't seem to get along. You may not have an explanation for why you can't agree on things. The worst thing is that on top of all of this, you may not know how to fix it and get back to how things used to be.</w:t>
      </w:r>
    </w:p>
    <w:p>
      <w:r>
        <w:rPr>
          <w:b w:val="0"/>
          <w:i w:val="0"/>
        </w:rPr>
        <w:t>There is hope, and it doesn't have to cost you. Save My Marriage Today has released a 6-part mini course that is freely available to anyone in marriage or relationship difficulties that require a much needed helping hand.</w:t>
      </w:r>
    </w:p>
    <w:p>
      <w:r>
        <w:rPr>
          <w:b w:val="0"/>
          <w:i w:val="0"/>
        </w:rPr>
        <w:t>{{FREE_COURSE_LINK}}</w:t>
      </w:r>
    </w:p>
    <w:p>
      <w:r>
        <w:rPr>
          <w:b w:val="0"/>
          <w:i w:val="0"/>
        </w:rPr>
        <w:t>If divorce is on the cards it's not too late to stop it from happening. But you need tips and techniques that are going to stop the negative patterns of behavior immediately, rather than feeding the cycle of behavior that has led to your marriage crisis.</w:t>
      </w:r>
    </w:p>
    <w:p>
      <w:r>
        <w:rPr>
          <w:b w:val="0"/>
          <w:i w:val="0"/>
        </w:rPr>
        <w:t>Find out about the top six predictors of divorce, the top six predictors of a long-lasting marriage, what to do if the love is gone, how to avoid growing apart, the dangers of being a workaholic, affairs, 25 relationship killers, how to communicate better, and much more.</w:t>
      </w:r>
    </w:p>
    <w:p>
      <w:r>
        <w:rPr>
          <w:b w:val="0"/>
          <w:i w:val="0"/>
        </w:rPr>
        <w:t>Rarely has so much been offered at no cost, which is why if you are serious about saving your marriage you need to sign up to this course. It may be the first step towards a new, more secure, and more loving future together.</w:t>
      </w:r>
    </w:p>
    <w:p>
      <w:r>
        <w:rPr>
          <w:b w:val="0"/>
          <w:i w:val="0"/>
        </w:rPr>
        <w:t>I can't believe they are giving this away, but the benefit is yours. Get it now.</w:t>
      </w:r>
    </w:p>
    <w:p>
      <w:r>
        <w:rPr>
          <w:b w:val="0"/>
          <w:i w:val="0"/>
        </w:rPr>
        <w:t>{{FREE_COURSE_LINK}}</w:t>
      </w:r>
    </w:p>
    <w:p>
      <w:r>
        <w:rPr>
          <w:b w:val="0"/>
          <w:i w:val="0"/>
        </w:rPr>
        <w:t>Kind regards,</w:t>
      </w:r>
    </w:p>
    <w:p>
      <w:r>
        <w:rPr>
          <w:b w:val="0"/>
          <w:i w:val="0"/>
        </w:rPr>
        <w:t>[Your name]</w:t>
      </w:r>
    </w:p>
    <w:p>
      <w:r>
        <w:rPr>
          <w:b w:val="0"/>
          <w:i/>
        </w:rPr>
        <w:t>I may earn a commission if you buy through my link, at no extra cost to you.</w:t>
      </w:r>
    </w:p>
    <w:p>
      <w:pPr>
        <w:pStyle w:val="Heading2"/>
      </w:pPr>
      <w:r>
        <w:rPr>
          <w:color w:val="182849"/>
        </w:rPr>
        <w:t>Email 23: After The Honeymoon...</w:t>
      </w:r>
    </w:p>
    <w:p>
      <w:r>
        <w:rPr>
          <w:b w:val="0"/>
          <w:i/>
        </w:rPr>
        <w:t>From the original affiliate area · Lists that like longer, article-style emails</w:t>
      </w:r>
    </w:p>
    <w:p>
      <w:r>
        <w:rPr>
          <w:b/>
          <w:i w:val="0"/>
        </w:rPr>
        <w:t>Subject: After The Honeymoon...</w:t>
      </w:r>
    </w:p>
    <w:p>
      <w:r>
        <w:rPr>
          <w:b w:val="0"/>
          <w:i w:val="0"/>
        </w:rPr>
        <w:t>&gt;&gt;&gt; Don't settle for a less than perfect marriage. You can lead the way back to love by applying the marriage-saving advice in Save My Marriage Today:</w:t>
      </w:r>
    </w:p>
    <w:p>
      <w:r>
        <w:rPr>
          <w:b w:val="0"/>
          <w:i w:val="0"/>
        </w:rPr>
        <w:t>{{AFFILIATE_LINK}}</w:t>
      </w:r>
    </w:p>
    <w:p>
      <w:r>
        <w:rPr>
          <w:b w:val="0"/>
          <w:i w:val="0"/>
        </w:rPr>
        <w:t>Hi {{first_name}},</w:t>
      </w:r>
    </w:p>
    <w:p>
      <w:r>
        <w:rPr>
          <w:b w:val="0"/>
          <w:i w:val="0"/>
        </w:rPr>
        <w:t>Hollywood has shortchanged us. So have fairy tales, romance novels and the media in general.</w:t>
      </w:r>
    </w:p>
    <w:p>
      <w:r>
        <w:rPr>
          <w:b w:val="0"/>
          <w:i w:val="0"/>
        </w:rPr>
        <w:t>Since childhood, we've been fed with a steady diet of romantic fantasy - Boy meets girl, they fall in love, boy and girl ride off into the sunset and live happily ever after.</w:t>
      </w:r>
    </w:p>
    <w:p>
      <w:r>
        <w:rPr>
          <w:b w:val="0"/>
          <w:i w:val="0"/>
        </w:rPr>
        <w:t>It's the classic romantic archetype and deep inside, we actually have been conditioned to believe it. We go through life and relationships assuming that if only we just fall in love, everything will be fine, happy, perfect and passionate all the time.</w:t>
      </w:r>
    </w:p>
    <w:p>
      <w:r>
        <w:rPr>
          <w:b w:val="0"/>
          <w:i w:val="0"/>
        </w:rPr>
        <w:t>We will always wake up ready and willing to make love, with fresh breath, shining hair and unlimited libido. In short, we will be in a constant honeymoon state.</w:t>
      </w:r>
    </w:p>
    <w:p>
      <w:r>
        <w:rPr>
          <w:b w:val="0"/>
          <w:i w:val="0"/>
        </w:rPr>
        <w:t>It's good for a while because such ideas give us a sense of hope and beauty with which to live by in a challenging world. That's fine - for as long as we realize that reality does not always hand everything to us on a silver platter.</w:t>
      </w:r>
    </w:p>
    <w:p>
      <w:r>
        <w:rPr>
          <w:b w:val="0"/>
          <w:i w:val="0"/>
        </w:rPr>
        <w:t>Life is a journey of ups and downs, and not exempted from this truth are our relationships.</w:t>
      </w:r>
    </w:p>
    <w:p>
      <w:r>
        <w:rPr>
          <w:b w:val="0"/>
          <w:i w:val="0"/>
        </w:rPr>
        <w:t>Hollywood gives us further clues that the honeymoon stage is bound not to last, nor should it. Living amidst intense scrutiny, we see passionate Hollywood couplings burn out even before the ink is dry on the marriage certificate.</w:t>
      </w:r>
    </w:p>
    <w:p>
      <w:r>
        <w:rPr>
          <w:b w:val="0"/>
          <w:i w:val="0"/>
        </w:rPr>
        <w:t>And with this burn out, comes divorce. "Irreconcilable differences" is a favorite catch phrase.</w:t>
      </w:r>
    </w:p>
    <w:p>
      <w:r>
        <w:rPr>
          <w:b w:val="0"/>
          <w:i w:val="0"/>
        </w:rPr>
        <w:t>If only these couples realize that the "After the Honeymoon" stage is part of the normal course of any relationship, perhaps they could have saved a lot of heartache.</w:t>
      </w:r>
    </w:p>
    <w:p>
      <w:r>
        <w:rPr>
          <w:b w:val="0"/>
          <w:i w:val="0"/>
        </w:rPr>
        <w:t>If only we all understand that relationships, like anything in life, have their own progression and phases then we can better equip ourselves to go through and even enjoy these stages as part of our maturing as individuals and as persons-in-relationship.</w:t>
      </w:r>
    </w:p>
    <w:p>
      <w:r>
        <w:rPr>
          <w:b w:val="0"/>
          <w:i w:val="0"/>
        </w:rPr>
        <w:t>When you find that your relationship is precisely at this stage: i.e. the initial thrill, the daily love-making marathons, the constant craving has gone - what do you do?</w:t>
      </w:r>
    </w:p>
    <w:p>
      <w:r>
        <w:rPr>
          <w:b w:val="0"/>
          <w:i w:val="0"/>
        </w:rPr>
        <w:t>The first thing is actually to understand. Just because the heady feeling has faded does not mean that the relationship is no longer intact.</w:t>
      </w:r>
    </w:p>
    <w:p>
      <w:r>
        <w:rPr>
          <w:b w:val="0"/>
          <w:i w:val="0"/>
        </w:rPr>
        <w:t>The commitment partners made, the relationship built - these are bigger than the thrills and understanding this makes for an even deeper and more committed love between two people.</w:t>
      </w:r>
    </w:p>
    <w:p>
      <w:r>
        <w:rPr>
          <w:b w:val="0"/>
          <w:i w:val="0"/>
        </w:rPr>
        <w:t>In fact, rather than berate your partner for having let your relationship deteriorate to this state, you should in fact congratulate yourselves.</w:t>
      </w:r>
    </w:p>
    <w:p>
      <w:r>
        <w:rPr>
          <w:b w:val="0"/>
          <w:i w:val="0"/>
        </w:rPr>
        <w:t>You have reached a stage of your relationship where the opportunity to develop, strengthen and cement it further opens up new vistas of relating.</w:t>
      </w:r>
    </w:p>
    <w:p>
      <w:r>
        <w:rPr>
          <w:b w:val="0"/>
          <w:i w:val="0"/>
        </w:rPr>
        <w:t>At this stage, the rose-colored glasses fall off and you will see your partner for who he or she is, flaws, attributes and all.</w:t>
      </w:r>
    </w:p>
    <w:p>
      <w:r>
        <w:rPr>
          <w:b w:val="0"/>
          <w:i w:val="0"/>
        </w:rPr>
        <w:t>At this stage, the opportunity is presented for you to go beyond expectations of perfection in your partner to actually appreciating all the traits that make your partner who he or she is.</w:t>
      </w:r>
    </w:p>
    <w:p>
      <w:r>
        <w:rPr>
          <w:b w:val="0"/>
          <w:i w:val="0"/>
        </w:rPr>
        <w:t>As you appreciate your partner, you would find it fair to be appreciated yourself - flaws and all. After all, keeping up the thrill of the honeymoon can turn artificial and exhausting under most circumstances.</w:t>
      </w:r>
    </w:p>
    <w:p>
      <w:r>
        <w:rPr>
          <w:b w:val="0"/>
          <w:i w:val="0"/>
        </w:rPr>
        <w:t>It assumes that you are expected to be perky and accommodating all the time which we're sure is not really who you are on a daily basis. You too have your ups and downs, you too are on a life journey and the sooner you and your partner adjust to these life rhythms, the better.</w:t>
      </w:r>
    </w:p>
    <w:p>
      <w:r>
        <w:rPr>
          <w:b w:val="0"/>
          <w:i w:val="0"/>
        </w:rPr>
        <w:t>While this article may extol the positives of facing reality, we are very much aware that this stage is also the stage of conflict.</w:t>
      </w:r>
    </w:p>
    <w:p>
      <w:r>
        <w:rPr>
          <w:b w:val="0"/>
          <w:i w:val="0"/>
        </w:rPr>
        <w:t>As you and your partner work out your relationship and adjust to each other, conflict is to be expected. There's no other way around it.</w:t>
      </w:r>
    </w:p>
    <w:p>
      <w:r>
        <w:rPr>
          <w:b w:val="0"/>
          <w:i w:val="0"/>
        </w:rPr>
        <w:t>Continuous communication and quality time together propel this along. At this stage, both of you are given the chance to develop deeper, more honest and more open communication with each other.</w:t>
      </w:r>
    </w:p>
    <w:p>
      <w:r>
        <w:rPr>
          <w:b w:val="0"/>
          <w:i w:val="0"/>
        </w:rPr>
        <w:t>Both speaking in words and deeds as well as listening are highlighted here. At this stage, both of you can learn the language of love as well as conflict in your relationship.</w:t>
      </w:r>
    </w:p>
    <w:p>
      <w:r>
        <w:rPr>
          <w:b w:val="0"/>
          <w:i w:val="0"/>
        </w:rPr>
        <w:t>These are the tools that will stand you in good stead for the rest of your lives together. With these, you develop the attitudes that will build the love, trust and intimacy to last a lifetime.</w:t>
      </w:r>
    </w:p>
    <w:p>
      <w:r>
        <w:rPr>
          <w:b w:val="0"/>
          <w:i w:val="0"/>
        </w:rPr>
        <w:t>Passing through this stage, you may be surprised to discover that instead of diminishing the love and attraction you have for each other, your sexual attraction actually grows.</w:t>
      </w:r>
    </w:p>
    <w:p>
      <w:r>
        <w:rPr>
          <w:b w:val="0"/>
          <w:i w:val="0"/>
        </w:rPr>
        <w:t>As you connect deeper with your partner, you become more comfortable in your own skins and even in communicating your sexual needs and desires. You learn to trust each other more emotionally and physically.</w:t>
      </w:r>
    </w:p>
    <w:p>
      <w:r>
        <w:rPr>
          <w:b w:val="0"/>
          <w:i w:val="0"/>
        </w:rPr>
        <w:t>Imagine that! You even end up with a much better version of the Hollywood dream.</w:t>
      </w:r>
    </w:p>
    <w:p>
      <w:r>
        <w:rPr>
          <w:b w:val="0"/>
          <w:i w:val="0"/>
        </w:rPr>
        <w:t>Whether you're about to embark on a new, fresh relationship or are already struggling "after the honeymoon", don't worry too much.</w:t>
      </w:r>
    </w:p>
    <w:p>
      <w:r>
        <w:rPr>
          <w:b w:val="0"/>
          <w:i w:val="0"/>
        </w:rPr>
        <w:t>Open up your mind and heart and know that even when the honeymoon is over, the rest of your lives begin.</w:t>
      </w:r>
    </w:p>
    <w:p>
      <w:r>
        <w:rPr>
          <w:b w:val="0"/>
          <w:i w:val="0"/>
        </w:rPr>
        <w:t>Your new, more connected and loving marriage starts today with Save My Marriage Today:</w:t>
      </w:r>
    </w:p>
    <w:p>
      <w:r>
        <w:rPr>
          <w:b w:val="0"/>
          <w:i w:val="0"/>
        </w:rPr>
        <w:t>{{AFFILIATE_LINK}}</w:t>
      </w:r>
    </w:p>
    <w:p>
      <w:r>
        <w:rPr>
          <w:b w:val="0"/>
          <w:i w:val="0"/>
        </w:rPr>
        <w:t>Bye for now,</w:t>
      </w:r>
    </w:p>
    <w:p>
      <w:r>
        <w:rPr>
          <w:b w:val="0"/>
          <w:i w:val="0"/>
        </w:rPr>
        <w:t>[Your name]</w:t>
      </w:r>
    </w:p>
    <w:p>
      <w:r>
        <w:rPr>
          <w:b w:val="0"/>
          <w:i/>
        </w:rPr>
        <w:t>I may earn a commission if you buy through my link, at no extra cost to you.</w:t>
      </w:r>
    </w:p>
    <w:p>
      <w:pPr>
        <w:pStyle w:val="Heading2"/>
      </w:pPr>
      <w:r>
        <w:rPr>
          <w:color w:val="182849"/>
        </w:rPr>
        <w:t>Email 24: Dating And Intimacy</w:t>
      </w:r>
    </w:p>
    <w:p>
      <w:r>
        <w:rPr>
          <w:b w:val="0"/>
          <w:i/>
        </w:rPr>
        <w:t>From the original affiliate area · Lists that like longer, article-style emails</w:t>
      </w:r>
    </w:p>
    <w:p>
      <w:r>
        <w:rPr>
          <w:b/>
          <w:i w:val="0"/>
        </w:rPr>
        <w:t>Subject: Dating And Intimacy</w:t>
      </w:r>
    </w:p>
    <w:p>
      <w:r>
        <w:rPr>
          <w:b w:val="0"/>
          <w:i w:val="0"/>
        </w:rPr>
        <w:t>Hi {{first_name}},</w:t>
      </w:r>
    </w:p>
    <w:p>
      <w:r>
        <w:rPr>
          <w:b w:val="0"/>
          <w:i w:val="0"/>
        </w:rPr>
        <w:t>Any marriage will inevitably face a battery of storms during the course of its life cycle. Some couples may face bigger problems than others, but the one constant in any relationship is a series of tests and trials that will occur over the years and decades.</w:t>
      </w:r>
    </w:p>
    <w:p>
      <w:r>
        <w:rPr>
          <w:b w:val="0"/>
          <w:i w:val="0"/>
        </w:rPr>
        <w:t>One way or another, you and your spouse will have to go through your own unique set of conflicts. When it comes to marital problems it's always a question of "when" rather than "if".</w:t>
      </w:r>
    </w:p>
    <w:p>
      <w:r>
        <w:rPr>
          <w:b w:val="0"/>
          <w:i w:val="0"/>
        </w:rPr>
        <w:t>For many couples, the root of their difficulties doesn't lie in their actual problems, but in their lack of preparation. Some think that being merely aware that married life isn't perfect will be enough to help them get past conflicts.</w:t>
      </w:r>
    </w:p>
    <w:p>
      <w:r>
        <w:rPr>
          <w:b w:val="0"/>
          <w:i w:val="0"/>
        </w:rPr>
        <w:t>However, foresight is much more than just anticipating the problems ahead - it also has a lot to do with taking precautions in order to deal with them.</w:t>
      </w:r>
    </w:p>
    <w:p>
      <w:r>
        <w:rPr>
          <w:b w:val="0"/>
          <w:i w:val="0"/>
        </w:rPr>
        <w:t>That is why a regular habit of preventive maintenance is important in preserving any investment you make in life. With something as precious and priceless as your marriage, you should be mindful of the things you have to do today in order to strengthen your foundations on a long-term basis.</w:t>
      </w:r>
    </w:p>
    <w:p>
      <w:r>
        <w:rPr>
          <w:b w:val="0"/>
          <w:i w:val="0"/>
        </w:rPr>
        <w:t>Think of your relationship as a tree; reinforcing your roots will make it difficult for any storm to yank it out of the ground.</w:t>
      </w:r>
    </w:p>
    <w:p>
      <w:r>
        <w:rPr>
          <w:b w:val="0"/>
          <w:i w:val="0"/>
        </w:rPr>
        <w:t>Specifically, regular dates and rituals are some of the most practical but vital measures you can take to preserve the health of your marriage. Cars break down when they are neglected or miss their scheduled check-ups.</w:t>
      </w:r>
    </w:p>
    <w:p>
      <w:r>
        <w:rPr>
          <w:b w:val="0"/>
          <w:i w:val="0"/>
        </w:rPr>
        <w:t>That's basically what life is all about: constant maintenance that keeps everything in good working order. A little tweak here and a minor adjustment there go a long way in keeping your relationship from going off-course.</w:t>
      </w:r>
    </w:p>
    <w:p>
      <w:r>
        <w:rPr>
          <w:b w:val="0"/>
          <w:i w:val="0"/>
        </w:rPr>
        <w:t>When you make the conscious effort to clear a chunk of your time for your spouse, it signifies that it's in your interest to keep each other happy. Not only that, every date you keep or ritual that you habitually observe are small but infinitely powerful affirmations that you want to stay with your partner for better or worse.</w:t>
      </w:r>
    </w:p>
    <w:p>
      <w:r>
        <w:rPr>
          <w:b w:val="0"/>
          <w:i w:val="0"/>
        </w:rPr>
        <w:t>Whenever you make the effort to leave the kids with your parents during Friday night movie date, you are also renewing the vows you made at the altar.</w:t>
      </w:r>
    </w:p>
    <w:p>
      <w:r>
        <w:rPr>
          <w:b w:val="0"/>
          <w:i w:val="0"/>
        </w:rPr>
        <w:t>As an aside, I would like to point out that while rituals and dates should be part of your marriage, there is a distinction between them. Rituals are habits or practices that should be little reminders of your love for one another.</w:t>
      </w:r>
    </w:p>
    <w:p>
      <w:r>
        <w:rPr>
          <w:b w:val="0"/>
          <w:i w:val="0"/>
        </w:rPr>
        <w:t>They can be something as simple as passing by the bookstore where you first met, or choosing to sit in a certain section of the movie theater where you had your first kiss.</w:t>
      </w:r>
    </w:p>
    <w:p>
      <w:r>
        <w:rPr>
          <w:b w:val="0"/>
          <w:i w:val="0"/>
        </w:rPr>
        <w:t>Dates also serve the same general purpose, but these are social functions done outside of the house. You can do those special rituals as part of your date, or separately for certain occasions. The important thing is that both things are done on a regular basis.</w:t>
      </w:r>
    </w:p>
    <w:p>
      <w:r>
        <w:rPr>
          <w:b w:val="0"/>
          <w:i w:val="0"/>
        </w:rPr>
        <w:t>Another significant reason behind dates and rituals is that they keep the emotional connection alive by constantly creating and updating an exclusive pool of shared experiences.</w:t>
      </w:r>
    </w:p>
    <w:p>
      <w:r>
        <w:rPr>
          <w:b w:val="0"/>
          <w:i w:val="0"/>
        </w:rPr>
        <w:t>After all, there should be some compartment of your marriage that's reserved for only the both of you. It is this private feeling for one another which serves as your foundation and must be preserved at all costs.</w:t>
      </w:r>
    </w:p>
    <w:p>
      <w:r>
        <w:rPr>
          <w:b w:val="0"/>
          <w:i w:val="0"/>
        </w:rPr>
        <w:t>A lot of busy couples make the excuse of ignoring these things, thinking that they can put it off for another time. When it's a marriage we're talking about, what you take for granted today can be whisked away tomorrow.</w:t>
      </w:r>
    </w:p>
    <w:p>
      <w:r>
        <w:rPr>
          <w:b w:val="0"/>
          <w:i w:val="0"/>
        </w:rPr>
        <w:t>It's very unhealthy to assume that things will stay the way you want to without making enough effort to keep it as such. Keeping a regular schedule for dates (and any rituals found within) should be part of your regimen to keep your relationship fit.</w:t>
      </w:r>
    </w:p>
    <w:p>
      <w:r>
        <w:rPr>
          <w:b w:val="0"/>
          <w:i w:val="0"/>
        </w:rPr>
        <w:t>Here's another way of looking at it: not investing enough time in your marriage puts that sense of intimacy at great risk. Often called by many as the "spark", the emotional closeness you have with your spouse will keep you from falling apart when you run into problems.</w:t>
      </w:r>
    </w:p>
    <w:p>
      <w:r>
        <w:rPr>
          <w:b w:val="0"/>
          <w:i w:val="0"/>
        </w:rPr>
        <w:t>It doesn't take a relationship expert to realize that you need to drop everything once in a while and enjoy each other's company to keep yourselves from being miserable.</w:t>
      </w:r>
    </w:p>
    <w:p>
      <w:r>
        <w:rPr>
          <w:b w:val="0"/>
          <w:i w:val="0"/>
        </w:rPr>
        <w:t>Marriage is work, but all work and no play makes for a very dull marriage. Once that dullness sets in, it can cultivate an atmosphere of coldness and detachment. I don't have to tell you that those are two very ideal factors for cheating.</w:t>
      </w:r>
    </w:p>
    <w:p>
      <w:r>
        <w:rPr>
          <w:b w:val="0"/>
          <w:i w:val="0"/>
        </w:rPr>
        <w:t>In a nutshell, it is always in peoples' nature to seek something that they feel are lacking in their lives. In the case of an estranged spouse, he/she may choose to capture that "falling in love" feeling with another person that they are superficially attracted to.</w:t>
      </w:r>
    </w:p>
    <w:p>
      <w:r>
        <w:rPr>
          <w:b w:val="0"/>
          <w:i w:val="0"/>
        </w:rPr>
        <w:t>Simply put, any partner needs to have the feeling of being loved and validated by their spouse. Without it, they could very well go off chasing after someone else to satisfy that basic necessity lacking in their marriage.</w:t>
      </w:r>
    </w:p>
    <w:p>
      <w:r>
        <w:rPr>
          <w:b w:val="0"/>
          <w:i w:val="0"/>
        </w:rPr>
        <w:t>This is one of the biggest reasons why people cheat on their spouse. If they can't get enough happiness from their current relationship, a "starved" partner might justify running off with another person to satisfy their needs.</w:t>
      </w:r>
    </w:p>
    <w:p>
      <w:r>
        <w:rPr>
          <w:b w:val="0"/>
          <w:i w:val="0"/>
        </w:rPr>
        <w:t>In short, going on dates and observing couple rituals keeps you focused on each other, and not on people outside the marriage. These things allow you to remember why you fell in love with each other in the first place.</w:t>
      </w:r>
    </w:p>
    <w:p>
      <w:r>
        <w:rPr>
          <w:b w:val="0"/>
          <w:i w:val="0"/>
        </w:rPr>
        <w:t>Essentially, you are preventing a gap to grow between you both, lest that void be filled by someone else. It's important to remember that it's way easier to prevent a problem from getting out of hand rather than fixing the damage resulting from negligence.</w:t>
      </w:r>
    </w:p>
    <w:p>
      <w:r>
        <w:rPr>
          <w:b w:val="0"/>
          <w:i w:val="0"/>
        </w:rPr>
        <w:t>In today's troubled economic times however, both spouses need to work just to make ends meet. As such, couples have to sacrifice their "we time" in order to pay the bills.</w:t>
      </w:r>
    </w:p>
    <w:p>
      <w:r>
        <w:rPr>
          <w:b w:val="0"/>
          <w:i w:val="0"/>
        </w:rPr>
        <w:t>Yet you should bear in mind that the marriage you are trying to sustain needs more than just financial support. The emotional and romantic aspect of your relationship needs attention, too. Therefore, all couples must make time to reconnect with one another. Whether it's on a monthly, weekly, or daily basis, you should make the effort to squeeze in some couple time.</w:t>
      </w:r>
    </w:p>
    <w:p>
      <w:r>
        <w:rPr>
          <w:b w:val="0"/>
          <w:i w:val="0"/>
        </w:rPr>
        <w:t>Of course, every marriage has a different set of circumstances, so you'll need to work out a customized date schedule to suit your situation. Do try to sit down and discuss this with your spouse so that both of you can agree upon which specific day(s) of the month are just for the two of you.</w:t>
      </w:r>
    </w:p>
    <w:p>
      <w:r>
        <w:rPr>
          <w:b w:val="0"/>
          <w:i w:val="0"/>
        </w:rPr>
        <w:t>As for the dates themselves, they should go by a few general guidelines to make them effective. First of all, they need to be meaningful to you both. Whatever activity or outing you have in mind, they have to appeal to you emotionally.</w:t>
      </w:r>
    </w:p>
    <w:p>
      <w:r>
        <w:rPr>
          <w:b w:val="0"/>
          <w:i w:val="0"/>
        </w:rPr>
        <w:t>I suggest that your dates should be a sort of reminder of your early days as a couple. This allows you both to remember the things that brought you together in the first place. For instance, if you first met on the dance floor, then you can go back to those times by setting a fortnightly or monthly ballroom date.</w:t>
      </w:r>
    </w:p>
    <w:p>
      <w:r>
        <w:rPr>
          <w:b w:val="0"/>
          <w:i w:val="0"/>
        </w:rPr>
        <w:t>As we mentioned before, these have to be out of the house if you can manage it. Making the effort to dress up and go out will stimulate you into going through the motions of keeping your love alive.</w:t>
      </w:r>
    </w:p>
    <w:p>
      <w:r>
        <w:rPr>
          <w:b w:val="0"/>
          <w:i w:val="0"/>
        </w:rPr>
        <w:t>While you can have rituals like vegging out in front of the TV and having a snack before turning in for the night, there also has to be an evident commitment to make time for each other at an outside venue. It can be a weekly trip to the planetarium, or a nice coffee date where you first met.</w:t>
      </w:r>
    </w:p>
    <w:p>
      <w:r>
        <w:rPr>
          <w:b w:val="0"/>
          <w:i w:val="0"/>
        </w:rPr>
        <w:t>Whatever it is, your dates are best done at a special place aside from home.</w:t>
      </w:r>
    </w:p>
    <w:p>
      <w:r>
        <w:rPr>
          <w:b w:val="0"/>
          <w:i w:val="0"/>
        </w:rPr>
        <w:t>Although there aren't any hard and fast rules set in stone regarding the length of your dates, they do have to be long enough to allow you a nice conversation or the opportunity to renew your intimate connection.</w:t>
      </w:r>
    </w:p>
    <w:p>
      <w:r>
        <w:rPr>
          <w:b w:val="0"/>
          <w:i w:val="0"/>
        </w:rPr>
        <w:t>To give you an idea, why don't you try taking up a sport, or get back into doing some of the hobbies or interests that you enjoyed before you met? Physical activity is a great way to diffuse tension brewing at home and relieve the strain on your marriage.</w:t>
      </w:r>
    </w:p>
    <w:p>
      <w:r>
        <w:rPr>
          <w:b w:val="0"/>
          <w:i w:val="0"/>
        </w:rPr>
        <w:t>Try engaging in sports that will either allow you to compete against each other or cooperate against other opponents. Generally, a minimum of one to two hours seems to work for many couples.</w:t>
      </w:r>
    </w:p>
    <w:p>
      <w:r>
        <w:rPr>
          <w:b w:val="0"/>
          <w:i w:val="0"/>
        </w:rPr>
        <w:t>Another suggestion we have is for you to take part in some community work or any activity with a social cause. If both of you would be inclined to do so, this is a great way for you reconnect in a way that also benefits people and organizations who need all the help that they can get.</w:t>
      </w:r>
    </w:p>
    <w:p>
      <w:r>
        <w:rPr>
          <w:b w:val="0"/>
          <w:i w:val="0"/>
        </w:rPr>
        <w:t>For example, volunteering to read books to the elderly or sick, help out at your local food shelter, or a fundraising community group, will help you bond and make you think of the things that you might be taking for granted as a couple.</w:t>
      </w:r>
    </w:p>
    <w:p>
      <w:r>
        <w:rPr>
          <w:b w:val="0"/>
          <w:i w:val="0"/>
        </w:rPr>
        <w:t>The bottom line is that your dates should have no creative limits; as long as they can help you renew your connection in a tension-free setting, then you are doing the right thing for your marriage.</w:t>
      </w:r>
    </w:p>
    <w:p>
      <w:r>
        <w:rPr>
          <w:b w:val="0"/>
          <w:i w:val="0"/>
        </w:rPr>
        <w:t>Life-threatening emergencies notwithstanding, the important thing is that you make a solid promise to one another to keep your regular dates and rituals etched into your respective calendars.</w:t>
      </w:r>
    </w:p>
    <w:p>
      <w:r>
        <w:rPr>
          <w:b w:val="0"/>
          <w:i w:val="0"/>
        </w:rPr>
        <w:t>Even in your weakest or most trying moments, those dating rituals and dates may be the one thing that sustains you and saves your marriage.</w:t>
      </w:r>
    </w:p>
    <w:p>
      <w:r>
        <w:rPr>
          <w:b w:val="0"/>
          <w:i w:val="0"/>
        </w:rPr>
        <w:t>And don't forget, if you want more advice that is going to change not only your marriage, but the way you live the rest of your life, you must check out Save My Marriage Today.</w:t>
      </w:r>
    </w:p>
    <w:p>
      <w:r>
        <w:rPr>
          <w:b w:val="0"/>
          <w:i w:val="0"/>
        </w:rPr>
        <w:t>Take a look:</w:t>
      </w:r>
    </w:p>
    <w:p>
      <w:r>
        <w:rPr>
          <w:b w:val="0"/>
          <w:i w:val="0"/>
        </w:rPr>
        <w:t>{{AFFILIATE_LINK}}</w:t>
      </w:r>
    </w:p>
    <w:p>
      <w:r>
        <w:rPr>
          <w:b w:val="0"/>
          <w:i w:val="0"/>
        </w:rPr>
        <w:t>Regards,</w:t>
      </w:r>
    </w:p>
    <w:p>
      <w:r>
        <w:rPr>
          <w:b w:val="0"/>
          <w:i w:val="0"/>
        </w:rPr>
        <w:t>[Your name]</w:t>
      </w:r>
    </w:p>
    <w:p>
      <w:r>
        <w:rPr>
          <w:b w:val="0"/>
          <w:i/>
        </w:rPr>
        <w:t>I may earn a commission if you buy through my link, at no extra cost to you.</w:t>
      </w:r>
    </w:p>
    <w:p>
      <w:pPr>
        <w:pStyle w:val="Heading2"/>
      </w:pPr>
      <w:r>
        <w:rPr>
          <w:color w:val="182849"/>
        </w:rPr>
        <w:t>Email 25: Removing Divorce From The Menu</w:t>
      </w:r>
    </w:p>
    <w:p>
      <w:r>
        <w:rPr>
          <w:b w:val="0"/>
          <w:i/>
        </w:rPr>
        <w:t>From the original affiliate area · Lists that like longer, article-style emails</w:t>
      </w:r>
    </w:p>
    <w:p>
      <w:r>
        <w:rPr>
          <w:b/>
          <w:i w:val="0"/>
        </w:rPr>
        <w:t>Subject: Removing Divorce From The Menu</w:t>
      </w:r>
    </w:p>
    <w:p>
      <w:r>
        <w:rPr>
          <w:b w:val="0"/>
          <w:i w:val="0"/>
        </w:rPr>
        <w:t>&gt;&gt;&gt; If you are looking for concrete ways to stop your marriage from becoming another divorce statistic, get the advice in Save My Marriage Today:</w:t>
      </w:r>
    </w:p>
    <w:p>
      <w:r>
        <w:rPr>
          <w:b w:val="0"/>
          <w:i w:val="0"/>
        </w:rPr>
        <w:t>{{AFFILIATE_LINK}}</w:t>
      </w:r>
    </w:p>
    <w:p>
      <w:r>
        <w:rPr>
          <w:b w:val="0"/>
          <w:i w:val="0"/>
        </w:rPr>
        <w:t>Hi {{first_name}},</w:t>
      </w:r>
    </w:p>
    <w:p>
      <w:r>
        <w:rPr>
          <w:b w:val="0"/>
          <w:i w:val="0"/>
        </w:rPr>
        <w:t>No one is saying that your marriage isn't difficult. It might even be miserable. But here's an interesting idea: people who take divorce off the table are pushed to face their issues, and many end up happier for it.</w:t>
      </w:r>
    </w:p>
    <w:p>
      <w:r>
        <w:rPr>
          <w:b w:val="0"/>
          <w:i w:val="0"/>
        </w:rPr>
        <w:t>If your marriage is feeling troubled, and you're considering divorce, consider trying alternate therapies instead, marriage counseling, or just some open communication. But whatever you do, don't bring up the "D" word as an option, because doing that will change the rules of the game.</w:t>
      </w:r>
    </w:p>
    <w:p>
      <w:r>
        <w:rPr>
          <w:b w:val="0"/>
          <w:i w:val="0"/>
        </w:rPr>
        <w:t>Now, of course it's important to acknowledge that there are a lot of influences on you to get a divorce. Your friends who don't like your spouse, legal advertisements, even popular culture. With divorce so common, it can seem like an acceptable, even normal way to resolve problems in a marriage.</w:t>
      </w:r>
    </w:p>
    <w:p>
      <w:r>
        <w:rPr>
          <w:b w:val="0"/>
          <w:i w:val="0"/>
        </w:rPr>
        <w:t>Research on unhappy couples who stepped back from divorce has found that many of them describe themselves as happily married a few years later. In all likelihood this is due to two elements.</w:t>
      </w:r>
    </w:p>
    <w:p>
      <w:r>
        <w:rPr>
          <w:b w:val="0"/>
          <w:i w:val="0"/>
        </w:rPr>
        <w:t>The first is that those couples who decide not to consider divorce, the only remaining option is to deal with the problems experienced in the marriage head-on. This is a powerful and proactive tactic that will lead to acknowledgement of the problems the couples face, and maybe even to solutions.</w:t>
      </w:r>
    </w:p>
    <w:p>
      <w:r>
        <w:rPr>
          <w:b w:val="0"/>
          <w:i w:val="0"/>
        </w:rPr>
        <w:t>The other element is that once divorce is considered, the dynamic of the relationship is changed. This is a more subtle, though far more destructive product of considering divorce. The dynamic of this is simple. When a fundamental disagreement develops in a marriage - as it will in almost all relationships - those who never consider divorce are forced to deal with the disagreement.</w:t>
      </w:r>
    </w:p>
    <w:p>
      <w:r>
        <w:rPr>
          <w:b w:val="0"/>
          <w:i w:val="0"/>
        </w:rPr>
        <w:t>Those who do consider divorce preserve an "out" that can be used without ever addressing the issue. As the problems in the marriage mount, or the fundamental issues become more divisive, the easy out of divorce can become more and more appealing.</w:t>
      </w:r>
    </w:p>
    <w:p>
      <w:r>
        <w:rPr>
          <w:b w:val="0"/>
          <w:i w:val="0"/>
        </w:rPr>
        <w:t>This thinking will take both of you, however. When both people in a marriage are actively searching for a solution to a problem, and both accept that divorce is not - and will not be - an option, a solution will almost surely be found. You and your spouse will be asking what you can do to make things better, rather than asking if it's worth it, or if you should cut your losses and run.</w:t>
      </w:r>
    </w:p>
    <w:p>
      <w:r>
        <w:rPr>
          <w:b w:val="0"/>
          <w:i w:val="0"/>
        </w:rPr>
        <w:t>Remove divorce as an option and endeavor to go into relationship counseling, therapy of some kind, or just talk about your problems in a mature and open way. To many it may seem the more difficult option, but considering the long-term impacts of divorce on your life, finances, and family, committing to finding ways through the pain and communicating your way towards a solution seems immediately more attractive!</w:t>
      </w:r>
    </w:p>
    <w:p>
      <w:r>
        <w:rPr>
          <w:b w:val="0"/>
          <w:i w:val="0"/>
        </w:rPr>
        <w:t>It seems simplistic, but it changes how both of you approach the problem. Those who deny divorce as a viable end to a committed marriage will also be more motivated to work on that marriage, and work through the problems that could, without communication and understanding, put an end to something that was supposed to be a lifetime commitment and bond.</w:t>
      </w:r>
    </w:p>
    <w:p>
      <w:r>
        <w:rPr>
          <w:b w:val="0"/>
          <w:i w:val="0"/>
        </w:rPr>
        <w:t>Divorce is never the end of your problems. In most cases, it's only the beginning of a whole new set of problems to face. If you want a solution that not only helps you grow as a person, but also fosters a healthier and more stable relationship, make sure you visit Save My Marriage Today:</w:t>
      </w:r>
    </w:p>
    <w:p>
      <w:r>
        <w:rPr>
          <w:b w:val="0"/>
          <w:i w:val="0"/>
        </w:rPr>
        <w:t>{{AFFILIATE_LINK}}</w:t>
      </w:r>
    </w:p>
    <w:p>
      <w:r>
        <w:rPr>
          <w:b w:val="0"/>
          <w:i w:val="0"/>
        </w:rPr>
        <w:t>Kind regards,</w:t>
      </w:r>
    </w:p>
    <w:p>
      <w:r>
        <w:rPr>
          <w:b w:val="0"/>
          <w:i w:val="0"/>
        </w:rPr>
        <w:t>[Your name]</w:t>
      </w:r>
    </w:p>
    <w:p>
      <w:r>
        <w:rPr>
          <w:b w:val="0"/>
          <w:i/>
        </w:rPr>
        <w:t>I may earn a commission if you buy through my link, at no extra cost to you.</w:t>
      </w:r>
    </w:p>
    <w:p>
      <w:pPr>
        <w:pStyle w:val="Heading2"/>
      </w:pPr>
      <w:r>
        <w:rPr>
          <w:color w:val="182849"/>
        </w:rPr>
        <w:t>Email 26: Balancing A Marriage And A Career</w:t>
      </w:r>
    </w:p>
    <w:p>
      <w:r>
        <w:rPr>
          <w:b w:val="0"/>
          <w:i/>
        </w:rPr>
        <w:t>From the original affiliate area · Lists that like longer, article-style emails</w:t>
      </w:r>
    </w:p>
    <w:p>
      <w:r>
        <w:rPr>
          <w:b/>
          <w:i w:val="0"/>
        </w:rPr>
        <w:t>Subject: Balancing A Marriage And A Career</w:t>
      </w:r>
    </w:p>
    <w:p>
      <w:r>
        <w:rPr>
          <w:b w:val="0"/>
          <w:i w:val="0"/>
        </w:rPr>
        <w:t>Hi {{first_name}},</w:t>
      </w:r>
    </w:p>
    <w:p>
      <w:r>
        <w:rPr>
          <w:b w:val="0"/>
          <w:i w:val="0"/>
        </w:rPr>
        <w:t>A good marriage can be built only by constant attention and effort. It evolves, changes, and develops slowly over a period of time. It does not develop overnight. The same applies to a good career.</w:t>
      </w:r>
    </w:p>
    <w:p>
      <w:r>
        <w:rPr>
          <w:b w:val="0"/>
          <w:i w:val="0"/>
        </w:rPr>
        <w:t>A healthy relationship is about balancing the attention you offer your spouse and your career. You have to effectively divide your time and attention between your marriage and career if you want to succeed in both, and the amount of time you offer each is governed by the circumstances of your marriage as well as your marital and individual goals. It's not always an easy thing to do! Managing a successful career and a marriage and family is a skill that calls couples to make judgments that don't always work. In one corner you need to spend a large amount of time and effort in the workplace to advance and increase your salary and lifestyle, and in the other corner you need to spend the necessary time at home cultivating the relationship and fulfilling both yours and your partner's needs.</w:t>
      </w:r>
    </w:p>
    <w:p>
      <w:r>
        <w:rPr>
          <w:b w:val="0"/>
          <w:i w:val="0"/>
        </w:rPr>
        <w:t>This is where problems begin. How much time do you devote to your career? How much time do you devote to the marriage? Sometimes it feels as though you are being pulled both ways. Many cannot manage both and sometimes they even lose both. Too much time either way comes at the expense of the other.</w:t>
      </w:r>
    </w:p>
    <w:p>
      <w:r>
        <w:rPr>
          <w:b w:val="0"/>
          <w:i w:val="0"/>
        </w:rPr>
        <w:t>It doesn't have to be this way. If your communication is clear and you plan properly, you can have it all.</w:t>
      </w:r>
    </w:p>
    <w:p>
      <w:r>
        <w:rPr>
          <w:b w:val="0"/>
          <w:i w:val="0"/>
        </w:rPr>
        <w:t>These days companies expect more and more from their employees. You are expected to work beyond your regular hours that may add up to fifty or seventy hours a week. If you want to climb the career ladder you have to be seen to be putting the hours in. In addition to this, the demands on your income may be greater at an early stage in the marriage. A wife, young children, childcare, schooling, rent or a mortgage, all of these things place a large strain on the family income. You have to keep the job in order to not just earn a living for yourself but to support your family.</w:t>
      </w:r>
    </w:p>
    <w:p>
      <w:r>
        <w:rPr>
          <w:b w:val="0"/>
          <w:i w:val="0"/>
        </w:rPr>
        <w:t>Being an executive doubles or triples your burden. In fact, the demands are greater and the stress is higher. You may be expected to oversee projects, meet deadlines, do project reports, give presentations, etc. You may spend an increasing amount of time everyday at your office to get all this done. How will this affect your marriage?</w:t>
      </w:r>
    </w:p>
    <w:p>
      <w:r>
        <w:rPr>
          <w:b w:val="0"/>
          <w:i w:val="0"/>
        </w:rPr>
        <w:t>With the increasing demands on income, it's increasingly common to see both partners working long hours, and this can have a detrimental effect on the relationship. The perception is that you are all working hard to have a better life, but the cost of working long hours is that there is less time to have a life!</w:t>
      </w:r>
    </w:p>
    <w:p>
      <w:r>
        <w:rPr>
          <w:b w:val="0"/>
          <w:i w:val="0"/>
        </w:rPr>
        <w:t>Career advancement, workplace pressure, two-income families, shift work, all of these are factors that can place pressure on marriages. But if you are able to play it smart like some couples, you can have a successful career and a stable marriage. All it requires is communication and balance.</w:t>
      </w:r>
    </w:p>
    <w:p>
      <w:r>
        <w:rPr>
          <w:b w:val="0"/>
          <w:i w:val="0"/>
        </w:rPr>
        <w:t>There are couples that successfully manage their careers and their marriages. Since both partners are busy during weekdays, they make it a point to plan a specific date night each week so that they can spend some quality time together. With this kind of an arrangement, you may look forward to the date night and focus little on the days your spouse is not available.</w:t>
      </w:r>
    </w:p>
    <w:p>
      <w:r>
        <w:rPr>
          <w:b w:val="0"/>
          <w:i w:val="0"/>
        </w:rPr>
        <w:t>Some couples come to an understanding by setting some ground rules. You may set your schedule to work late nights two or three days in a week. You may negotiate with your office if you are on a traveling job and limit your travel to two or three trips per month. You may schedule to take some of your leave in small increments so you can have long weekends away together every few months.</w:t>
      </w:r>
    </w:p>
    <w:p>
      <w:r>
        <w:rPr>
          <w:b w:val="0"/>
          <w:i w:val="0"/>
        </w:rPr>
        <w:t>The key to a successful marriage is in having clear communication. Sit down with your partner. Make a budget. Talk about what you need to do to pay the bills. Talk about what is expected of you in your job. Talk about how your job is important when it comes to paying the bills and funding your lifestyle. Talk frankly with each other about what is necessary for you to reach your goals as a couple. Be clear about what your goals are.</w:t>
      </w:r>
    </w:p>
    <w:p>
      <w:r>
        <w:rPr>
          <w:b w:val="0"/>
          <w:i w:val="0"/>
        </w:rPr>
        <w:t>Too many people believe if they work harder and earn more money the marriage will get better. It's simply not true. Work to live, not live to work. While it is great to have career goals and individual goals, they need to be congruent with your marital goals. Talking and communicating with your partner is the key to achieving balance, having the resources you need to live, and the time available to enjoy it.</w:t>
      </w:r>
    </w:p>
    <w:p>
      <w:r>
        <w:rPr>
          <w:b w:val="0"/>
          <w:i w:val="0"/>
        </w:rPr>
        <w:t>Communicate, negotiate, and find balance.</w:t>
      </w:r>
    </w:p>
    <w:p>
      <w:r>
        <w:rPr>
          <w:b w:val="0"/>
          <w:i w:val="0"/>
        </w:rPr>
        <w:t>Don't forget, if you want the shortcut to marriage success you must check out:</w:t>
      </w:r>
    </w:p>
    <w:p>
      <w:r>
        <w:rPr>
          <w:b w:val="0"/>
          <w:i w:val="0"/>
        </w:rPr>
        <w:t>{{AFFILIATE_LINK}}</w:t>
      </w:r>
    </w:p>
    <w:p>
      <w:r>
        <w:rPr>
          <w:b w:val="0"/>
          <w:i w:val="0"/>
        </w:rPr>
        <w:t>Till next time,</w:t>
      </w:r>
    </w:p>
    <w:p>
      <w:r>
        <w:rPr>
          <w:b w:val="0"/>
          <w:i w:val="0"/>
        </w:rPr>
        <w:t>[Your name]</w:t>
      </w:r>
    </w:p>
    <w:p>
      <w:r>
        <w:rPr>
          <w:b w:val="0"/>
          <w:i/>
        </w:rPr>
        <w:t>I may earn a commission if you buy through my link, at no extra cost to you.</w:t>
      </w:r>
    </w:p>
    <w:p>
      <w:pPr>
        <w:pStyle w:val="Heading2"/>
      </w:pPr>
      <w:r>
        <w:rPr>
          <w:color w:val="182849"/>
        </w:rPr>
        <w:t>Email 27: Commitment: More Than Just Lip Service</w:t>
      </w:r>
    </w:p>
    <w:p>
      <w:r>
        <w:rPr>
          <w:b w:val="0"/>
          <w:i/>
        </w:rPr>
        <w:t>From the original affiliate area · Lists that like longer, article-style emails</w:t>
      </w:r>
    </w:p>
    <w:p>
      <w:r>
        <w:rPr>
          <w:b/>
          <w:i w:val="0"/>
        </w:rPr>
        <w:t>Subject: Commitment: More Than Just Lip Service</w:t>
      </w:r>
    </w:p>
    <w:p>
      <w:r>
        <w:rPr>
          <w:b w:val="0"/>
          <w:i w:val="0"/>
        </w:rPr>
        <w:t>&gt;&gt;&gt; Feel a million miles away from what your marriage used to be? Restore the love and connection with Save My Marriage Today:</w:t>
      </w:r>
    </w:p>
    <w:p>
      <w:r>
        <w:rPr>
          <w:b w:val="0"/>
          <w:i w:val="0"/>
        </w:rPr>
        <w:t>==&gt;&gt; {{AFFILIATE_LINK}}</w:t>
      </w:r>
    </w:p>
    <w:p>
      <w:r>
        <w:rPr>
          <w:b w:val="0"/>
          <w:i w:val="0"/>
        </w:rPr>
        <w:t>Hey {{first_name}},</w:t>
      </w:r>
    </w:p>
    <w:p>
      <w:r>
        <w:rPr>
          <w:b w:val="0"/>
          <w:i w:val="0"/>
        </w:rPr>
        <w:t>Historically, relationships and marriages were formed for different reasons, some being to form alliances between two families or to ensure successors. Young couples entered relationships because they were headed for marriage and to do otherwise was "living in sin".</w:t>
      </w:r>
    </w:p>
    <w:p>
      <w:r>
        <w:rPr>
          <w:b w:val="0"/>
          <w:i w:val="0"/>
        </w:rPr>
        <w:t>Moreover, many cultures have promoted marriage as the only venue for having children recognized by society, culture, civil and religious laws. Simply, people got married (or committed to one another in different types of cultural arrangements) to have children and to provide these offspring with a stable home environment.</w:t>
      </w:r>
    </w:p>
    <w:p>
      <w:r>
        <w:rPr>
          <w:b w:val="0"/>
          <w:i w:val="0"/>
        </w:rPr>
        <w:t>These days, that perspective has radically changed. People are having fewer children. More and more couples are living together without marriage. What's more, even the presence of children does not guarantee that a couple will stay together, unlike 40-50 years ago when our parents and grandparents believed that children were enough reason to stay in a marriage.</w:t>
      </w:r>
    </w:p>
    <w:p>
      <w:r>
        <w:rPr>
          <w:b w:val="0"/>
          <w:i w:val="0"/>
        </w:rPr>
        <w:t>In the past, many entered in to relationships or marriage to ensure financial security. In our grandparents' time, the woman was usually dependent on the man, hence, she had more reason to stay with her husband.</w:t>
      </w:r>
    </w:p>
    <w:p>
      <w:r>
        <w:rPr>
          <w:b w:val="0"/>
          <w:i w:val="0"/>
        </w:rPr>
        <w:t>In later years, couples touted the benefit of having two incomes where one income can be a fallback when one partner loses a job or becomes ill.</w:t>
      </w:r>
    </w:p>
    <w:p>
      <w:r>
        <w:rPr>
          <w:b w:val="0"/>
          <w:i w:val="0"/>
        </w:rPr>
        <w:t>Today, young men and women want to strive for financial success independently before considering marriage. This means that financial reasons are no longer reason enough to stay in a marriage or enter a long term relationship.</w:t>
      </w:r>
    </w:p>
    <w:p>
      <w:r>
        <w:rPr>
          <w:b w:val="0"/>
          <w:i w:val="0"/>
        </w:rPr>
        <w:t>Today, the stigma over divorce and being single has been reduced significantly. Concepts such as cohabitation, dating and extended "singleness" have provided people with alternatives to their states in life.</w:t>
      </w:r>
    </w:p>
    <w:p>
      <w:r>
        <w:rPr>
          <w:b w:val="0"/>
          <w:i w:val="0"/>
        </w:rPr>
        <w:t>As a result, we marry later or not marry at all.</w:t>
      </w:r>
    </w:p>
    <w:p>
      <w:r>
        <w:rPr>
          <w:b w:val="0"/>
          <w:i w:val="0"/>
        </w:rPr>
        <w:t>The idea that a first marriage is usually a trial marriage that will end in divorce is also quite prevalent among young people, further diminishing the value of marriage into something that is temporary rather than for life.</w:t>
      </w:r>
    </w:p>
    <w:p>
      <w:r>
        <w:rPr>
          <w:b w:val="0"/>
          <w:i w:val="0"/>
        </w:rPr>
        <w:t>Why then would couples want to commit to one another long-term or marry, and stay together, if not children, religion, social norms or financial security?</w:t>
      </w:r>
    </w:p>
    <w:p>
      <w:r>
        <w:rPr>
          <w:b w:val="0"/>
          <w:i w:val="0"/>
        </w:rPr>
        <w:t>In 2001, the National Marriage Project conducted a study that included questions on why people want to marry or enter into long term commitment. Their study reveals that young men and women want to be with someone who they have a profound spiritual and emotional connection to, meaning a "soul mate".</w:t>
      </w:r>
    </w:p>
    <w:p>
      <w:r>
        <w:rPr>
          <w:b w:val="0"/>
          <w:i w:val="0"/>
        </w:rPr>
        <w:t>This means that the main focus is the relationship itself. Finances, religion and social expectations minimally, if at all, enter into the equation.</w:t>
      </w:r>
    </w:p>
    <w:p>
      <w:r>
        <w:rPr>
          <w:b w:val="0"/>
          <w:i w:val="0"/>
        </w:rPr>
        <w:t>The problem with this idea is that it can place too much expectation on each partner and on the relationship itself.</w:t>
      </w:r>
    </w:p>
    <w:p>
      <w:r>
        <w:rPr>
          <w:b w:val="0"/>
          <w:i w:val="0"/>
        </w:rPr>
        <w:t>Individuals who enter into relationships with this belief may expect that everything will be perfect all the time. As a result, they will be unable to cope with real issues and problems such as routine, complacency, conflict, unhappiness or financial difficulty.</w:t>
      </w:r>
    </w:p>
    <w:p>
      <w:r>
        <w:rPr>
          <w:b w:val="0"/>
          <w:i w:val="0"/>
        </w:rPr>
        <w:t>True enough, many couples today are divorcing or permanently separating claiming feelings of dissatisfaction, disillusionment, distress and unhappiness as primary reasons for shifting out.</w:t>
      </w:r>
    </w:p>
    <w:p>
      <w:r>
        <w:rPr>
          <w:b w:val="0"/>
          <w:i w:val="0"/>
        </w:rPr>
        <w:t>People expect that their partner and their relationship will always make them happy and are shocked when things don't go according to plan.</w:t>
      </w:r>
    </w:p>
    <w:p>
      <w:r>
        <w:rPr>
          <w:b w:val="0"/>
          <w:i w:val="0"/>
        </w:rPr>
        <w:t>What couples need to understand is that relationships are not always happy. Like anything in our world, change is a constant. People change and the dynamic of relationships change along with them. If only more individuals confront this reality early on, they may be spared from future heartache and disillusionment.</w:t>
      </w:r>
    </w:p>
    <w:p>
      <w:r>
        <w:rPr>
          <w:b w:val="0"/>
          <w:i w:val="0"/>
        </w:rPr>
        <w:t>Couples need to understand that nothing is perfect and they will need to weather bad times along with the good. Marriage and long-term relationships are lifelong processes of stagnation, renewal, birth, death, life and loss.</w:t>
      </w:r>
    </w:p>
    <w:p>
      <w:r>
        <w:rPr>
          <w:b w:val="0"/>
          <w:i w:val="0"/>
        </w:rPr>
        <w:t>Each couple must be aware that these things happen and they need to see and appreciate the relationship for what it is, and not what it's not.</w:t>
      </w:r>
    </w:p>
    <w:p>
      <w:r>
        <w:rPr>
          <w:b w:val="0"/>
          <w:i w:val="0"/>
        </w:rPr>
        <w:t>Accepting the good as well as the bad shows the couple that things get better and all they need to do is to get through the difficult periods. Staying together through good times and bad requires patience, communication, willingness and yes, love!</w:t>
      </w:r>
    </w:p>
    <w:p>
      <w:r>
        <w:rPr>
          <w:b w:val="0"/>
          <w:i w:val="0"/>
        </w:rPr>
        <w:t>How can a couple then work out their commitment to one another amid the many concrete challenges of everyday life?</w:t>
      </w:r>
    </w:p>
    <w:p>
      <w:r>
        <w:rPr>
          <w:b w:val="0"/>
          <w:i w:val="0"/>
        </w:rPr>
        <w:t>With so many obligations such as work, children, friends, family, hobbies, projects, home and the like, it is no wonder that many couples complain that they don't have enough time for each other. How can a couple balance their commitment to the other aspects of their individual lives with their relationship?</w:t>
      </w:r>
    </w:p>
    <w:p>
      <w:r>
        <w:rPr>
          <w:b w:val="0"/>
          <w:i w:val="0"/>
        </w:rPr>
        <w:t>Communicating with your partner is key. You can try a drawing exercise to map out the various aspects that require your commitment. A pie chart would do nicely. Next, share with your partner and plan out how your personal commitments fit into the big picture of your relationship. Plan out your priorities and agree to the order of your commitments.</w:t>
      </w:r>
    </w:p>
    <w:p>
      <w:r>
        <w:rPr>
          <w:b w:val="0"/>
          <w:i w:val="0"/>
        </w:rPr>
        <w:t>For a relationship to be successful, a couple needs to understand that commitment is more than a feeling, it's a decision. Each day, you and your partner decide what needs to come first. In many cases, it's the relationship. In other serious matters like illness or death in your immediate families, a couple's commitment is tested by how well they can support one another and face a particular difficulty together.</w:t>
      </w:r>
    </w:p>
    <w:p>
      <w:r>
        <w:rPr>
          <w:b w:val="0"/>
          <w:i w:val="0"/>
        </w:rPr>
        <w:t>What's important is that each one maintains a higher level of awareness and constantly asks himself or herself whether a particular pursuit will be beneficial for the relationship and how can the couple, together, manage big and small obligations in their individual lives as well as in their marriage or relationship.</w:t>
      </w:r>
    </w:p>
    <w:p>
      <w:r>
        <w:rPr>
          <w:b w:val="0"/>
          <w:i w:val="0"/>
        </w:rPr>
        <w:t>If you want more advice on saving your marriage, go to Save My Marriage Today:</w:t>
      </w:r>
    </w:p>
    <w:p>
      <w:r>
        <w:rPr>
          <w:b w:val="0"/>
          <w:i w:val="0"/>
        </w:rPr>
        <w:t>{{AFFILIATE_LINK}}</w:t>
      </w:r>
    </w:p>
    <w:p>
      <w:r>
        <w:rPr>
          <w:b w:val="0"/>
          <w:i w:val="0"/>
        </w:rPr>
        <w:t>It's written for husbands and wives who are serious about saving their marriage.</w:t>
      </w:r>
    </w:p>
    <w:p>
      <w:r>
        <w:rPr>
          <w:b w:val="0"/>
          <w:i w:val="0"/>
        </w:rPr>
        <w:t>Regards,</w:t>
      </w:r>
    </w:p>
    <w:p>
      <w:r>
        <w:rPr>
          <w:b w:val="0"/>
          <w:i w:val="0"/>
        </w:rPr>
        <w:t>[Your name]</w:t>
      </w:r>
    </w:p>
    <w:p>
      <w:r>
        <w:rPr>
          <w:b w:val="0"/>
          <w:i/>
        </w:rPr>
        <w:t>I may earn a commission if you buy through my link, at no extra cost to you.</w:t>
      </w:r>
    </w:p>
    <w:p>
      <w:pPr>
        <w:pStyle w:val="Heading2"/>
      </w:pPr>
      <w:r>
        <w:rPr>
          <w:color w:val="182849"/>
        </w:rPr>
        <w:t>Email 28: Owning Feelings And Actions...</w:t>
      </w:r>
    </w:p>
    <w:p>
      <w:r>
        <w:rPr>
          <w:b w:val="0"/>
          <w:i/>
        </w:rPr>
        <w:t>From the original affiliate area · Lists that like longer, article-style emails</w:t>
      </w:r>
    </w:p>
    <w:p>
      <w:r>
        <w:rPr>
          <w:b/>
          <w:i w:val="0"/>
        </w:rPr>
        <w:t>Subject: Owning Feelings And Actions...</w:t>
      </w:r>
    </w:p>
    <w:p>
      <w:r>
        <w:rPr>
          <w:b w:val="0"/>
          <w:i w:val="0"/>
        </w:rPr>
        <w:t>Hi {{first_name}},</w:t>
      </w:r>
    </w:p>
    <w:p>
      <w:r>
        <w:rPr>
          <w:b w:val="0"/>
          <w:i w:val="0"/>
        </w:rPr>
        <w:t>It can be quite frustrating when your partner does not want to communicate with you, especially in a relationship or marriage crisis. You may be feeling quite powerless and hopeless as well. All the more is it doubly frustrating when there is communication but a total lack of cooperation from your partner or when your declarations of love or requests for discussion are met with rejection and disdain.</w:t>
      </w:r>
    </w:p>
    <w:p>
      <w:r>
        <w:rPr>
          <w:b w:val="0"/>
          <w:i w:val="0"/>
        </w:rPr>
        <w:t>Wanting to save your marriage is one thing; your partner's willingness to meet you halfway is another. And, sometimes, you feel as if you are all alone in wanting to save your relationship. It can be quite overwhelming, surely, feeling as if every effort you make will not be enough.</w:t>
      </w:r>
    </w:p>
    <w:p>
      <w:r>
        <w:rPr>
          <w:b w:val="0"/>
          <w:i w:val="0"/>
        </w:rPr>
        <w:t>At this point, any help is a welcome relief. It will certainly be helpful to have a listening ear or caring friend who you can trust to give you sound advice.</w:t>
      </w:r>
    </w:p>
    <w:p>
      <w:r>
        <w:rPr>
          <w:b w:val="0"/>
          <w:i w:val="0"/>
        </w:rPr>
        <w:t>In many situations, there is one piece of advice that we believe can make a difference: YOU have the power.</w:t>
      </w:r>
    </w:p>
    <w:p>
      <w:r>
        <w:rPr>
          <w:b w:val="0"/>
          <w:i w:val="0"/>
        </w:rPr>
        <w:t>While you cannot control the actions of others, you still have your reactions within your grasp. For many, these words can spell the difference between allowing a crisis to overwhelm them, or finding the strength to march forward towards hope.</w:t>
      </w:r>
    </w:p>
    <w:p>
      <w:r>
        <w:rPr>
          <w:b w:val="0"/>
          <w:i w:val="0"/>
        </w:rPr>
        <w:t>You have a great responsibility towards yourself - that of allowing yourself to always behave in a dignified and objective manner. Think of it this way. How have your past feelings and behavior influenced your present relationship crisis?</w:t>
      </w:r>
    </w:p>
    <w:p>
      <w:r>
        <w:rPr>
          <w:b w:val="0"/>
          <w:i w:val="0"/>
        </w:rPr>
        <w:t>Have you been angry or resentful towards your partner, even if they were the one who was "at fault"? How have you reacted to their actions or lack of affection towards you?</w:t>
      </w:r>
    </w:p>
    <w:p>
      <w:r>
        <w:rPr>
          <w:b w:val="0"/>
          <w:i w:val="0"/>
        </w:rPr>
        <w:t>Do you blame your partner for what is happening to you right now? Have you said to yourself "They just make me lose my temper" or "You make me feel rejected"?</w:t>
      </w:r>
    </w:p>
    <w:p>
      <w:r>
        <w:rPr>
          <w:b w:val="0"/>
          <w:i w:val="0"/>
        </w:rPr>
        <w:t>Statements like these imply that it is your partner who is causing you to feel all these things. The reality is that, actually, your feelings are within your control.</w:t>
      </w:r>
    </w:p>
    <w:p>
      <w:r>
        <w:rPr>
          <w:b w:val="0"/>
          <w:i w:val="0"/>
        </w:rPr>
        <w:t>Nobody can make you feel angry or sad or depressed unless you allow them to. At a certain point, you have chosen to feel the negative things you are feeling. You gave yourself permission to be furious or jealous or hurt. You have allowed feelings of inadequacy, incompleteness or incompetence to get the better of you. Your partner's words and actions may have affected you deeply but, ultimately, you can choose how you feel and react to what they say or do. More importantly, you can choose not to let the negativity of a bad response wash over you, which may push you to actions or words you may later regret. The reaction you choose is within your control.</w:t>
      </w:r>
    </w:p>
    <w:p>
      <w:r>
        <w:rPr>
          <w:b w:val="0"/>
          <w:i w:val="0"/>
        </w:rPr>
        <w:t>I am not saying that it is wrong to feel what you feel. On the contrary, you wouldn't be a warm, loving human person if you were not capable of being hurt or feeling pain. However, you can also determine the actions you take as a result of those feelings, or even how you allow them to affect you.</w:t>
      </w:r>
    </w:p>
    <w:p>
      <w:r>
        <w:rPr>
          <w:b w:val="0"/>
          <w:i w:val="0"/>
        </w:rPr>
        <w:t>Instead of lashing out when your partner says or does something hurtful, take a step back. Even if you feel that you are being taken advantage of, resist the temptation to wound your partner in the way they have wounded you. Take into account that your partner has his or her own reasons for behaving the way they do. It's highly possible that they're hurt too or feel ashamed and want to make you feel just as wretched as they do.</w:t>
      </w:r>
    </w:p>
    <w:p>
      <w:r>
        <w:rPr>
          <w:b w:val="0"/>
          <w:i w:val="0"/>
        </w:rPr>
        <w:t>Whatever it is, there is a reason behind their behavior. Consider your partner's motivation. Once you have an insight into their behavior, what is the best way that you can react? Do you want to feed the negativity or help extinguish it in favor of a more positive outcome? Will your reaction save your relationship?</w:t>
      </w:r>
    </w:p>
    <w:p>
      <w:r>
        <w:rPr>
          <w:b w:val="0"/>
          <w:i w:val="0"/>
        </w:rPr>
        <w:t>Understanding your partner does not mean that you excuse their behavior, especially if it is truly hurtful and unjust. You don't have to agree with what he or she is doing. However, what's important is that you realize your reactions can make or break the situation.</w:t>
      </w:r>
    </w:p>
    <w:p>
      <w:r>
        <w:rPr>
          <w:b w:val="0"/>
          <w:i w:val="0"/>
        </w:rPr>
        <w:t>Over and above, remember to love your partner. What can you do that can save your relationship? What is your relationship calling you to learn about yourself and love? You can be honest with your partner - tell him that while you are hurt by their behavior and do not agree with it, you still love them and want to be with them. This way, you are making a choice to love your partner unconditionally.</w:t>
      </w:r>
    </w:p>
    <w:p>
      <w:r>
        <w:rPr>
          <w:b w:val="0"/>
          <w:i w:val="0"/>
        </w:rPr>
        <w:t>Even if your partner is resistant, at the very least you have reacted positively to a negative situation and focused on doing something constructive. Remember, the key to your positive reaction is not in waiting for your partner to apologize. It's about setting standards of behavior and developing a heightened sense of self-awareness in the way you interact with others.</w:t>
      </w:r>
    </w:p>
    <w:p>
      <w:r>
        <w:rPr>
          <w:b w:val="0"/>
          <w:i w:val="0"/>
        </w:rPr>
        <w:t>Understanding just how powerful your reactions can be is a first step towards rebuilding trust and love in your broken relationship. This is an insight that few people come across and are able to adapt.</w:t>
      </w:r>
    </w:p>
    <w:p>
      <w:r>
        <w:rPr>
          <w:b w:val="0"/>
          <w:i w:val="0"/>
        </w:rPr>
        <w:t>There are more helpful tools and methods in Save My Marriage Today!:</w:t>
      </w:r>
    </w:p>
    <w:p>
      <w:r>
        <w:rPr>
          <w:b w:val="0"/>
          <w:i w:val="0"/>
        </w:rPr>
        <w:t>{{AFFILIATE_LINK}}</w:t>
      </w:r>
    </w:p>
    <w:p>
      <w:r>
        <w:rPr>
          <w:b w:val="0"/>
          <w:i w:val="0"/>
        </w:rPr>
        <w:t>Take back control in your relationship and empower yourself to make a difference.</w:t>
      </w:r>
    </w:p>
    <w:p>
      <w:r>
        <w:rPr>
          <w:b w:val="0"/>
          <w:i w:val="0"/>
        </w:rPr>
        <w:t>Best of luck with your relationship,</w:t>
      </w:r>
    </w:p>
    <w:p>
      <w:r>
        <w:rPr>
          <w:b w:val="0"/>
          <w:i w:val="0"/>
        </w:rPr>
        <w:t>[Your name]</w:t>
      </w:r>
    </w:p>
    <w:p>
      <w:r>
        <w:rPr>
          <w:b w:val="0"/>
          <w:i/>
        </w:rPr>
        <w:t>I may earn a commission if you buy through my link, at no extra cost to you.</w:t>
      </w:r>
    </w:p>
    <w:p>
      <w:pPr>
        <w:pStyle w:val="Heading2"/>
      </w:pPr>
      <w:r>
        <w:rPr>
          <w:color w:val="182849"/>
        </w:rPr>
        <w:t>Email 29: Stop Divorce Resource: 6-Part Mini Course</w:t>
      </w:r>
    </w:p>
    <w:p>
      <w:r>
        <w:rPr>
          <w:b w:val="0"/>
          <w:i/>
        </w:rPr>
        <w:t>From the original affiliate area · Readers who aren't ready to buy</w:t>
      </w:r>
    </w:p>
    <w:p>
      <w:r>
        <w:rPr>
          <w:b/>
          <w:i w:val="0"/>
        </w:rPr>
        <w:t>Subject: Stop Divorce Resource: 6-Part Mini Course</w:t>
      </w:r>
    </w:p>
    <w:p>
      <w:r>
        <w:rPr>
          <w:b w:val="0"/>
          <w:i w:val="0"/>
        </w:rPr>
        <w:t>Hi {{first_name}},</w:t>
      </w:r>
    </w:p>
    <w:p>
      <w:r>
        <w:rPr>
          <w:b w:val="0"/>
          <w:i w:val="0"/>
        </w:rPr>
        <w:t>It's hard to get good advice when it comes to saving your marriage. No matter how well-meaning your friends, family members, and acquaintances are, there are no guarantees that the advice they impart is going to actually help your relationship... or inflict even more damage.</w:t>
      </w:r>
    </w:p>
    <w:p>
      <w:r>
        <w:rPr>
          <w:b w:val="0"/>
          <w:i w:val="0"/>
        </w:rPr>
        <w:t>When the future of your marriage is really in doubt, it's vital that the information you are getting is both relevant and beneficial. It has to help, and quickly.</w:t>
      </w:r>
    </w:p>
    <w:p>
      <w:r>
        <w:rPr>
          <w:b w:val="0"/>
          <w:i w:val="0"/>
        </w:rPr>
        <w:t>Fortunately there is a course that can do both, and it comes to you at no cost. Save My Marriage Today has created a 6-part mini course that gives husbands and wives, people just like you, a much-needed headstart on the road to recovery.</w:t>
      </w:r>
    </w:p>
    <w:p>
      <w:r>
        <w:rPr>
          <w:b w:val="0"/>
          <w:i w:val="0"/>
        </w:rPr>
        <w:t>6 parts, delivered to you each day for a week. If you are serious about saving your marriage, it's worth a look:</w:t>
      </w:r>
    </w:p>
    <w:p>
      <w:r>
        <w:rPr>
          <w:b w:val="0"/>
          <w:i w:val="0"/>
        </w:rPr>
        <w:t>{{FREE_COURSE_LINK}}</w:t>
      </w:r>
    </w:p>
    <w:p>
      <w:r>
        <w:rPr>
          <w:b w:val="0"/>
          <w:i w:val="0"/>
        </w:rPr>
        <w:t>Find out about the top six predictors of divorce, the top six predictors of a long-lasting marriage, what to do if the love is gone, how to avoid growing apart, the dangers of being a workaholic, affairs, 25 relationship killers, how to communicate better, and much more.</w:t>
      </w:r>
    </w:p>
    <w:p>
      <w:r>
        <w:rPr>
          <w:b w:val="0"/>
          <w:i w:val="0"/>
        </w:rPr>
        <w:t>I can barely believe they are giving this away, but it's a real lifeline for marriages in trouble. now.</w:t>
      </w:r>
    </w:p>
    <w:p>
      <w:r>
        <w:rPr>
          <w:b w:val="0"/>
          <w:i w:val="0"/>
        </w:rPr>
        <w:t>Sign up here:</w:t>
      </w:r>
    </w:p>
    <w:p>
      <w:r>
        <w:rPr>
          <w:b w:val="0"/>
          <w:i w:val="0"/>
        </w:rPr>
        <w:t>{{FREE_COURSE_LINK}}</w:t>
      </w:r>
    </w:p>
    <w:p>
      <w:r>
        <w:rPr>
          <w:b w:val="0"/>
          <w:i w:val="0"/>
        </w:rPr>
        <w:t>Kind regards,</w:t>
      </w:r>
    </w:p>
    <w:p>
      <w:r>
        <w:rPr>
          <w:b w:val="0"/>
          <w:i w:val="0"/>
        </w:rPr>
        <w:t>[Your name]</w:t>
      </w:r>
    </w:p>
    <w:p>
      <w:r>
        <w:rPr>
          <w:b w:val="0"/>
          <w:i/>
        </w:rPr>
        <w:t>I may earn a commission if you buy through my link, at no extra cost to you.</w:t>
      </w:r>
    </w:p>
    <w:p>
      <w:pPr>
        <w:pStyle w:val="Heading2"/>
      </w:pPr>
      <w:r>
        <w:rPr>
          <w:color w:val="182849"/>
        </w:rPr>
        <w:t>Email 30: Save Marriage Secrets with Save My Marriage Today</w:t>
      </w:r>
    </w:p>
    <w:p>
      <w:r>
        <w:rPr>
          <w:b w:val="0"/>
          <w:i/>
        </w:rPr>
        <w:t>From the original affiliate area · Blogs and lists that read product reviews</w:t>
      </w:r>
    </w:p>
    <w:p>
      <w:r>
        <w:rPr>
          <w:b/>
          <w:i w:val="0"/>
        </w:rPr>
        <w:t>Subject: Save Marriage Secrets with Save My Marriage Today</w:t>
      </w:r>
    </w:p>
    <w:p>
      <w:r>
        <w:rPr>
          <w:b w:val="0"/>
          <w:i w:val="0"/>
        </w:rPr>
        <w:t>Hi there,</w:t>
      </w:r>
    </w:p>
    <w:p>
      <w:r>
        <w:rPr>
          <w:b w:val="0"/>
          <w:i w:val="0"/>
        </w:rPr>
        <w:t>I get the opportunity to review a lot of products that come across my desk, so its easy to lose interest in a lot of what I see. That was, until recently, when I came across Save My Marriage Today, the course Amy Waterman co-wrote. At first I was skeptical, but I thought, hey, I have friends who are in bad marriages, and this information might be good for one of them, so I decided to read it closely and see what insights it could offer me about reconnecting and improving relationships.</w:t>
      </w:r>
    </w:p>
    <w:p>
      <w:r>
        <w:rPr>
          <w:b w:val="0"/>
          <w:i w:val="0"/>
        </w:rPr>
        <w:t>You can check it out at {{AFFILIATE_LINK}}</w:t>
      </w:r>
    </w:p>
    <w:p>
      <w:r>
        <w:rPr>
          <w:b w:val="0"/>
          <w:i w:val="0"/>
        </w:rPr>
        <w:t>By the time I had finished, I was hooked! I realized for the first time, that this book would be absolutely essential for couples who are serious about solving their marital difficulties, and I don't just mean young couples either. This book applies to couples young and old. No matter what your marriage situation, if you are male or female, or how many years you have been married, there are tips and tools that can assist every couple with developing sound communication and conflict resolution techniques.</w:t>
      </w:r>
    </w:p>
    <w:p>
      <w:r>
        <w:rPr>
          <w:b w:val="0"/>
          <w:i w:val="0"/>
        </w:rPr>
        <w:t>Everybody knows someone who is in a difficult or failing marriage, or it may even be you.....</w:t>
      </w:r>
    </w:p>
    <w:p>
      <w:r>
        <w:rPr>
          <w:b w:val="0"/>
          <w:i w:val="0"/>
        </w:rPr>
        <w:t>Nobody said marriage was ever going to be easy, and if they did, they were lying. It's perfectly normal in a marriage to have disagreements and times when things involve a little more effort than they used to. In an ideal world we would sit and talk about these changes and differences in a calm and rational manner, and establish an outcome and move on. Unfortunately things don't always work like that. It's all too easy to get caught up in the moment and let things deteriorate to the point where you are both wondering why you are still in it.</w:t>
      </w:r>
    </w:p>
    <w:p>
      <w:r>
        <w:rPr>
          <w:b w:val="0"/>
          <w:i w:val="0"/>
        </w:rPr>
        <w:t>Amy has developed a course that encourages couples to break the ice and develop ways to interact and strengthen their failing relationship. She deals with topics such as:</w:t>
      </w:r>
    </w:p>
    <w:p>
      <w:r>
        <w:rPr>
          <w:b w:val="0"/>
          <w:i w:val="0"/>
        </w:rPr>
        <w:t>Tips on how to rescue your marriage</w:t>
      </w:r>
    </w:p>
    <w:p>
      <w:r>
        <w:rPr>
          <w:b w:val="0"/>
          <w:i w:val="0"/>
        </w:rPr>
        <w:t>How to reintroduce passion</w:t>
      </w:r>
    </w:p>
    <w:p>
      <w:r>
        <w:rPr>
          <w:b w:val="0"/>
          <w:i w:val="0"/>
        </w:rPr>
        <w:t>How to repair your marriage after an affair</w:t>
      </w:r>
    </w:p>
    <w:p>
      <w:r>
        <w:rPr>
          <w:b w:val="0"/>
          <w:i w:val="0"/>
        </w:rPr>
        <w:t>Self assessment</w:t>
      </w:r>
    </w:p>
    <w:p>
      <w:r>
        <w:rPr>
          <w:b w:val="0"/>
          <w:i w:val="0"/>
        </w:rPr>
        <w:t>Gestures that are more important than words</w:t>
      </w:r>
    </w:p>
    <w:p>
      <w:r>
        <w:rPr>
          <w:b w:val="0"/>
          <w:i w:val="0"/>
        </w:rPr>
        <w:t>And much more.</w:t>
      </w:r>
    </w:p>
    <w:p>
      <w:r>
        <w:rPr>
          <w:b w:val="0"/>
          <w:i w:val="0"/>
        </w:rPr>
        <w:t>My first impression of the course was how well laid out it is, in neat, graphically designed ebooks. This is someone who takes their craft seriously and I was immediately confident that this is a professional course that takes both me and my marriage seriously.</w:t>
      </w:r>
    </w:p>
    <w:p>
      <w:r>
        <w:rPr>
          <w:b w:val="0"/>
          <w:i w:val="0"/>
        </w:rPr>
        <w:t>I was also pretty impressed with the content, not only with the theory but the accompanying exercises at the end of many chapters that helped cement the concepts and apply it to real life marriages.</w:t>
      </w:r>
    </w:p>
    <w:p>
      <w:r>
        <w:rPr>
          <w:b w:val="0"/>
          <w:i w:val="0"/>
        </w:rPr>
        <w:t>The other thing that impressed me is the sheer volume of information, both in the two main Save My Marriage Today ebooks, but also the accompanying bonus ebooks as well. In total it is one of the most comprehensive marriage saving courses I have seen assembled!</w:t>
      </w:r>
    </w:p>
    <w:p>
      <w:r>
        <w:rPr>
          <w:b w:val="0"/>
          <w:i w:val="0"/>
        </w:rPr>
        <w:t>Many couples split over problems they could have worked through with the right skills, and those skills are what this course teaches. Amy can't work miracles and save every marriage, but if you are serious about resurrecting the love you once had for your partner and saving your marriage, you should maximize your chances and read and apply the relationship advice that Amy has to offer.</w:t>
      </w:r>
    </w:p>
    <w:p>
      <w:r>
        <w:rPr>
          <w:b w:val="0"/>
          <w:i w:val="0"/>
        </w:rPr>
        <w:t>Amy is able to identify where you have been going wrong, and shows you how to avoid those crucial mistakes that actually jeopardize your chances of saving your failing marriage.</w:t>
      </w:r>
    </w:p>
    <w:p>
      <w:r>
        <w:rPr>
          <w:b w:val="0"/>
          <w:i w:val="0"/>
        </w:rPr>
        <w:t>Customers also get a personal email consultation, so they can ask the Save My Marriage Today team about anything the course doesn't already cover.</w:t>
      </w:r>
    </w:p>
    <w:p>
      <w:r>
        <w:rPr>
          <w:b w:val="0"/>
          <w:i w:val="0"/>
        </w:rPr>
        <w:t>I really do believe Amy is onto a good thing here.</w:t>
      </w:r>
    </w:p>
    <w:p>
      <w:r>
        <w:rPr>
          <w:b w:val="0"/>
          <w:i w:val="0"/>
        </w:rPr>
        <w:t>The techniques she reveals are thought provoking and practical. I was very impressed when I finished reading this material and have recommended it to everyone I know.</w:t>
      </w:r>
    </w:p>
    <w:p>
      <w:r>
        <w:rPr>
          <w:b w:val="0"/>
          <w:i w:val="0"/>
        </w:rPr>
        <w:t>But don't take my word for it, see for yourself! Take a look at:</w:t>
      </w:r>
    </w:p>
    <w:p>
      <w:r>
        <w:rPr>
          <w:b w:val="0"/>
          <w:i w:val="0"/>
        </w:rPr>
        <w:t>{{AFFILIATE_LINK}}</w:t>
      </w:r>
    </w:p>
    <w:p>
      <w:r>
        <w:rPr>
          <w:b w:val="0"/>
          <w:i w:val="0"/>
        </w:rPr>
        <w:t>It costs a fraction of what a counselor charges, it comes with a 60-day money-back guarantee, and it could turn your life around.</w:t>
      </w:r>
    </w:p>
    <w:p>
      <w:r>
        <w:rPr>
          <w:b w:val="0"/>
          <w:i w:val="0"/>
        </w:rPr>
        <w:t>All the best,</w:t>
      </w:r>
    </w:p>
    <w:p>
      <w:r>
        <w:rPr>
          <w:b w:val="0"/>
          <w:i w:val="0"/>
        </w:rPr>
        <w:t>[Your name]</w:t>
      </w:r>
    </w:p>
    <w:p>
      <w:r>
        <w:rPr>
          <w:b w:val="0"/>
          <w:i/>
        </w:rPr>
        <w:t>I may earn a commission if you buy through my link, at no extra cost to you.</w:t>
      </w:r>
    </w:p>
    <w:p>
      <w:r>
        <w:br w:type="page"/>
      </w:r>
    </w:p>
    <w:p>
      <w:pPr>
        <w:pStyle w:val="Heading1"/>
      </w:pPr>
      <w:r>
        <w:rPr>
          <w:color w:val="182849"/>
        </w:rPr>
        <w:t>Part 2: Social posts (34)</w:t>
      </w:r>
    </w:p>
    <w:p>
      <w:pPr>
        <w:pStyle w:val="Heading2"/>
      </w:pPr>
      <w:r>
        <w:rPr>
          <w:color w:val="182849"/>
        </w:rPr>
        <w:t>Post 1: Facebook, post (Mistakes)</w:t>
      </w:r>
    </w:p>
    <w:p>
      <w:r>
        <w:rPr>
          <w:b w:val="0"/>
          <w:i w:val="0"/>
        </w:rPr>
        <w:t>#ad</w:t>
      </w:r>
    </w:p>
    <w:p>
      <w:r>
        <w:rPr>
          <w:b w:val="0"/>
          <w:i w:val="0"/>
        </w:rPr>
        <w:t>When a husband or wife says the marriage is over, the first words out of the other person's mouth are usually the ones that do the most damage.</w:t>
      </w:r>
    </w:p>
    <w:p>
      <w:r>
        <w:rPr>
          <w:b w:val="0"/>
          <w:i w:val="0"/>
        </w:rPr>
        <w:t>Save My Marriage Today!, a course by relationship writer Amy Waterman, lists begging for forgiveness among the seven most common mistakes in a marriage crisis. The spouse who wants out has been unhappy for a long time. Then, within hours, they hear promises to change from someone who can't yet say what went wrong.</w:t>
      </w:r>
    </w:p>
    <w:p>
      <w:r>
        <w:rPr>
          <w:b w:val="0"/>
          <w:i w:val="0"/>
        </w:rPr>
        <w:t>The course asks you to listen first and understand your own part in the problem, and it says that, over time, your actions will rebuild trust.</w:t>
      </w:r>
    </w:p>
    <w:p>
      <w:r>
        <w:rPr>
          <w:b w:val="0"/>
          <w:i w:val="0"/>
        </w:rPr>
        <w:t>[Add one honest sentence about why this matters to your readers]</w:t>
      </w:r>
    </w:p>
    <w:p>
      <w:r>
        <w:rPr>
          <w:b w:val="0"/>
          <w:i w:val="0"/>
        </w:rPr>
        <w:t>Read the course here (affiliate link): {{AFFILIATE_LINK}}</w:t>
      </w:r>
    </w:p>
    <w:p>
      <w:r>
        <w:rPr>
          <w:b w:val="0"/>
          <w:i w:val="0"/>
        </w:rPr>
        <w:t>#marriage #marriageadvice #savemymarriage #marriagehelp #relationshipadvice</w:t>
      </w:r>
    </w:p>
    <w:p>
      <w:r>
        <w:rPr>
          <w:b w:val="0"/>
          <w:i/>
        </w:rPr>
        <w:t>Notes: Post it as it is, or add a question at the end to start a conversation, such as "What did you wish you had said first?". Facebook groups often ban links in posts, so in a group put the link in the first comment only if the group's rules allow it.</w:t>
      </w:r>
    </w:p>
    <w:p>
      <w:pPr>
        <w:pStyle w:val="Heading2"/>
      </w:pPr>
      <w:r>
        <w:rPr>
          <w:color w:val="182849"/>
        </w:rPr>
        <w:t>Post 2: Facebook, post (Love Bank)</w:t>
      </w:r>
    </w:p>
    <w:p>
      <w:r>
        <w:rPr>
          <w:b w:val="0"/>
          <w:i w:val="0"/>
        </w:rPr>
        <w:t>#ad</w:t>
      </w:r>
    </w:p>
    <w:p>
      <w:r>
        <w:rPr>
          <w:b w:val="0"/>
          <w:i w:val="0"/>
        </w:rPr>
        <w:t>Every kind thing you do for your spouse can be cancelled by one sentence afterwards.</w:t>
      </w:r>
    </w:p>
    <w:p>
      <w:r>
        <w:rPr>
          <w:b w:val="0"/>
          <w:i w:val="0"/>
        </w:rPr>
        <w:t>Save My Marriage Today! describes a Love Bank in every marriage. Loving acts and words make deposits, and hurtful ones make withdrawals. The book says that if you resent the giving, or add "Now you have to do this for me," the deposit is null and void.</w:t>
      </w:r>
    </w:p>
    <w:p>
      <w:r>
        <w:rPr>
          <w:b w:val="0"/>
          <w:i w:val="0"/>
        </w:rPr>
        <w:t>Steven B. from Virginia wrote after reading it: "I like the chapter on the Love Bank, its a brilliant concept."</w:t>
      </w:r>
    </w:p>
    <w:p>
      <w:r>
        <w:rPr>
          <w:b w:val="0"/>
          <w:i w:val="0"/>
        </w:rPr>
        <w:t>[Add one honest sentence about a small kind act that matters in your home]</w:t>
      </w:r>
    </w:p>
    <w:p>
      <w:r>
        <w:rPr>
          <w:b w:val="0"/>
          <w:i w:val="0"/>
        </w:rPr>
        <w:t>The course (affiliate link): {{AFFILIATE_LINK}}</w:t>
      </w:r>
    </w:p>
    <w:p>
      <w:r>
        <w:rPr>
          <w:b w:val="0"/>
          <w:i w:val="0"/>
        </w:rPr>
        <w:t>#marriage #marriageadvice #savemymarriage #marriagehelp #lovebank</w:t>
      </w:r>
    </w:p>
    <w:p>
      <w:r>
        <w:rPr>
          <w:b w:val="0"/>
          <w:i/>
        </w:rPr>
        <w:t>Notes: Works well as a weekend post. Keep Steven's words exactly as they are, spelling included, because they are his.</w:t>
      </w:r>
    </w:p>
    <w:p>
      <w:pPr>
        <w:pStyle w:val="Heading2"/>
      </w:pPr>
      <w:r>
        <w:rPr>
          <w:color w:val="182849"/>
        </w:rPr>
        <w:t>Post 3: Facebook, post (Free course)</w:t>
      </w:r>
    </w:p>
    <w:p>
      <w:r>
        <w:rPr>
          <w:b w:val="0"/>
          <w:i w:val="0"/>
        </w:rPr>
        <w:t>Mary's husband kept forgetting the groceries she needed for dinner, and every broken promise wore away at her trust.</w:t>
      </w:r>
    </w:p>
    <w:p>
      <w:r>
        <w:rPr>
          <w:b w:val="0"/>
          <w:i w:val="0"/>
        </w:rPr>
        <w:t>What she did next is a story from a free 6-part email course, The 6 Most Common Reasons For Divorce (And How To Stop Them From Happening To You). It's from Save My Marriage Today, and it costs nothing.</w:t>
      </w:r>
    </w:p>
    <w:p>
      <w:r>
        <w:rPr>
          <w:b w:val="0"/>
          <w:i w:val="0"/>
        </w:rPr>
        <w:t>[Add one honest sentence about why you're sharing it]</w:t>
      </w:r>
    </w:p>
    <w:p>
      <w:r>
        <w:rPr>
          <w:b w:val="0"/>
          <w:i w:val="0"/>
        </w:rPr>
        <w:t>Sign up here (affiliate link, so I may earn a commission if you later buy the full course): {{FREE_COURSE_LINK}}</w:t>
      </w:r>
    </w:p>
    <w:p>
      <w:r>
        <w:rPr>
          <w:b w:val="0"/>
          <w:i w:val="0"/>
        </w:rPr>
        <w:t>#marriage #marriageadvice #savemymarriage #marriagehelp</w:t>
      </w:r>
    </w:p>
    <w:p>
      <w:r>
        <w:rPr>
          <w:b w:val="0"/>
          <w:i/>
        </w:rPr>
        <w:t>Notes: Uses your free course link. Good for groups and pages where a free resource is welcome and a sales link is not.</w:t>
      </w:r>
    </w:p>
    <w:p>
      <w:pPr>
        <w:pStyle w:val="Heading2"/>
      </w:pPr>
      <w:r>
        <w:rPr>
          <w:color w:val="182849"/>
        </w:rPr>
        <w:t>Post 4: Instagram, caption (Fall back in love)</w:t>
      </w:r>
    </w:p>
    <w:p>
      <w:r>
        <w:rPr>
          <w:b w:val="0"/>
          <w:i w:val="0"/>
        </w:rPr>
        <w:t>#ad "I love you, but I'm not in love with you."</w:t>
      </w:r>
    </w:p>
    <w:p>
      <w:r>
        <w:rPr>
          <w:b w:val="0"/>
          <w:i w:val="0"/>
        </w:rPr>
        <w:t>If you've heard those words, you know how final they sound.</w:t>
      </w:r>
    </w:p>
    <w:p>
      <w:r>
        <w:rPr>
          <w:b w:val="0"/>
          <w:i w:val="0"/>
        </w:rPr>
        <w:t>Save My Marriage Today! calls it one of the most over-used phrases in marriage breakups. The "in love" rush at the start of a relationship fades, the book says, anywhere from six months to the first two or three years. When a spouse says it's gone, the book describes it as a transition, the point where both of you are being called to a deeper kind of love.</w:t>
      </w:r>
    </w:p>
    <w:p>
      <w:r>
        <w:rPr>
          <w:b w:val="0"/>
          <w:i w:val="0"/>
        </w:rPr>
        <w:t>The course has a whole chapter on getting your spouse to fall back in love with you.</w:t>
      </w:r>
    </w:p>
    <w:p>
      <w:r>
        <w:rPr>
          <w:b w:val="0"/>
          <w:i w:val="0"/>
        </w:rPr>
        <w:t>[Add one honest sentence about your own marriage or your followers']</w:t>
      </w:r>
    </w:p>
    <w:p>
      <w:r>
        <w:rPr>
          <w:b w:val="0"/>
          <w:i w:val="0"/>
        </w:rPr>
        <w:t>Link in bio (affiliate link).</w:t>
      </w:r>
    </w:p>
    <w:p>
      <w:r>
        <w:rPr>
          <w:b w:val="0"/>
          <w:i w:val="0"/>
        </w:rPr>
        <w:t>#marriage #marriageadvice #savemymarriage #marriagehelp #relationshipadvice #marriedlife #husbandandwife #loveagain</w:t>
      </w:r>
    </w:p>
    <w:p>
      <w:r>
        <w:rPr>
          <w:b w:val="0"/>
          <w:i/>
        </w:rPr>
        <w:t>Notes: Instagram captions can't carry clickable links, so put your HopLink in your bio or link-in-bio page: {{AFFILIATE_LINK}}. A plain text image of the quoted sentence works well as the picture.</w:t>
      </w:r>
    </w:p>
    <w:p>
      <w:pPr>
        <w:pStyle w:val="Heading2"/>
      </w:pPr>
      <w:r>
        <w:rPr>
          <w:color w:val="182849"/>
        </w:rPr>
        <w:t>Post 5: Instagram, carousel (Mistakes)</w:t>
      </w:r>
    </w:p>
    <w:p>
      <w:r>
        <w:rPr>
          <w:b w:val="0"/>
          <w:i w:val="0"/>
        </w:rPr>
        <w:t>Slide 1: 7 mistakes people make when their marriage is in crisis</w:t>
        <w:br/>
        <w:t>Slide 2: 1. Trying to fix it as quickly as possible</w:t>
        <w:br/>
        <w:t>Slide 3: 2. Saying "It wasn't me"</w:t>
        <w:br/>
        <w:t>Slide 4: 3. Begging for forgiveness</w:t>
        <w:br/>
        <w:t>Slide 5: 4. Giving up because your spouse has</w:t>
        <w:br/>
        <w:t>Slide 6: 5. Believing "I'm not in love with you" means it's over</w:t>
        <w:br/>
        <w:t>Slide 7: 6. Suggesting a trial separation</w:t>
        <w:br/>
        <w:t>Slide 8: 7. Wishing you had your old life back</w:t>
        <w:br/>
        <w:t>Slide 9: All seven come from Save My Marriage Today! by Amy Waterman. Link in bio.</w:t>
      </w:r>
    </w:p>
    <w:p>
      <w:r>
        <w:rPr>
          <w:b w:val="0"/>
          <w:i w:val="0"/>
        </w:rPr>
        <w:t>Caption:</w:t>
        <w:br/>
        <w:t>#ad Number 6 sounds like the calm, sensible choice, and the book explains why it isn't. Save My Marriage Today! explains why each of these makes saving a marriage harder, and what to do in its place.</w:t>
      </w:r>
    </w:p>
    <w:p>
      <w:r>
        <w:rPr>
          <w:b w:val="0"/>
          <w:i w:val="0"/>
        </w:rPr>
        <w:t>[Add one honest sentence about which one you've seen most often]</w:t>
      </w:r>
    </w:p>
    <w:p>
      <w:r>
        <w:rPr>
          <w:b w:val="0"/>
          <w:i w:val="0"/>
        </w:rPr>
        <w:t>Link in bio (affiliate link).</w:t>
      </w:r>
    </w:p>
    <w:p>
      <w:r>
        <w:rPr>
          <w:b w:val="0"/>
          <w:i w:val="0"/>
        </w:rPr>
        <w:t>#marriage #marriageadvice #savemymarriage #marriagehelp #relationshipadvice #marriedlife #husbandandwife #marriagetips</w:t>
      </w:r>
    </w:p>
    <w:p>
      <w:r>
        <w:rPr>
          <w:b w:val="0"/>
          <w:i/>
        </w:rPr>
        <w:t>Notes: Make each slide a plain text card in your own brand colours. The seven mistakes are the chapter headings from the book, shortened. Put your HopLink in your bio: {{AFFILIATE_LINK}}</w:t>
      </w:r>
    </w:p>
    <w:p>
      <w:pPr>
        <w:pStyle w:val="Heading2"/>
      </w:pPr>
      <w:r>
        <w:rPr>
          <w:color w:val="182849"/>
        </w:rPr>
        <w:t>Post 6: Instagram, caption (Couple rituals)</w:t>
      </w:r>
    </w:p>
    <w:p>
      <w:r>
        <w:rPr>
          <w:b w:val="0"/>
          <w:i w:val="0"/>
        </w:rPr>
        <w:t>#ad Save My Marriage Today! has a name for the small things a couple does together every week: couple rituals.</w:t>
      </w:r>
    </w:p>
    <w:p>
      <w:r>
        <w:rPr>
          <w:b w:val="0"/>
          <w:i w:val="0"/>
        </w:rPr>
        <w:t>It might be dinner at the table with the television off, a Sunday morning reading the paper and sharing the best bits aloud, or a dancing class you take together. The book says a ritual can be big or small, and that the only requirements are that you do it regularly and that it means something to the two of you.</w:t>
      </w:r>
    </w:p>
    <w:p>
      <w:r>
        <w:rPr>
          <w:b w:val="0"/>
          <w:i w:val="0"/>
        </w:rPr>
        <w:t>What's yours? [Add your own ritual here]</w:t>
      </w:r>
    </w:p>
    <w:p>
      <w:r>
        <w:rPr>
          <w:b w:val="0"/>
          <w:i w:val="0"/>
        </w:rPr>
        <w:t>The course is linked in my bio (affiliate link).</w:t>
      </w:r>
    </w:p>
    <w:p>
      <w:r>
        <w:rPr>
          <w:b w:val="0"/>
          <w:i w:val="0"/>
        </w:rPr>
        <w:t>#marriage #marriageadvice #savemymarriage #marriagehelp #relationshipadvice #marriedlife #husbandandwife #couplegoals</w:t>
      </w:r>
    </w:p>
    <w:p>
      <w:r>
        <w:rPr>
          <w:b w:val="0"/>
          <w:i/>
        </w:rPr>
        <w:t>Notes: A photo of your own table, coffee or Sunday paper fits this one. HopLink for your bio: {{AFFILIATE_LINK}}</w:t>
      </w:r>
    </w:p>
    <w:p>
      <w:pPr>
        <w:pStyle w:val="Heading2"/>
      </w:pPr>
      <w:r>
        <w:rPr>
          <w:color w:val="182849"/>
        </w:rPr>
        <w:t>Post 7: Pinterest, pin (Mistakes)</w:t>
      </w:r>
    </w:p>
    <w:p>
      <w:r>
        <w:rPr>
          <w:b w:val="0"/>
          <w:i w:val="0"/>
        </w:rPr>
        <w:t>Pin title: 7 Mistakes to Avoid When Your Marriage Is in Crisis</w:t>
      </w:r>
    </w:p>
    <w:p>
      <w:r>
        <w:rPr>
          <w:b w:val="0"/>
          <w:i w:val="0"/>
        </w:rPr>
        <w:t>Description: Begging, blaming and suggesting a trial separation are three of the seven mistakes Save My Marriage Today! warns about when a marriage is in trouble. See all seven, and what to do in their place. #ad (affiliate link)</w:t>
      </w:r>
    </w:p>
    <w:p>
      <w:r>
        <w:rPr>
          <w:b w:val="0"/>
          <w:i w:val="0"/>
        </w:rPr>
        <w:t>Destination link: {{AFFILIATE_LINK}}</w:t>
      </w:r>
    </w:p>
    <w:p>
      <w:r>
        <w:rPr>
          <w:b w:val="0"/>
          <w:i w:val="0"/>
        </w:rPr>
        <w:t>Alt text: Text pin reading 7 mistakes to avoid when your marriage is in crisis</w:t>
      </w:r>
    </w:p>
    <w:p>
      <w:r>
        <w:rPr>
          <w:b w:val="0"/>
          <w:i w:val="0"/>
        </w:rPr>
        <w:t>#marriageadvice #savemymarriage #marriagehelp #marriagetips #relationshipadvice</w:t>
      </w:r>
    </w:p>
    <w:p>
      <w:r>
        <w:rPr>
          <w:b w:val="0"/>
          <w:i/>
        </w:rPr>
        <w:t>Notes: Board ideas: Marriage Advice, Saving My Marriage, Relationship Tips. A tall 1000x1500 image works best. Pinterest allows affiliate links as the destination; send it to your own review page instead if you have one.</w:t>
      </w:r>
    </w:p>
    <w:p>
      <w:pPr>
        <w:pStyle w:val="Heading2"/>
      </w:pPr>
      <w:r>
        <w:rPr>
          <w:color w:val="182849"/>
        </w:rPr>
        <w:t>Post 8: Pinterest, pin (Communication)</w:t>
      </w:r>
    </w:p>
    <w:p>
      <w:r>
        <w:rPr>
          <w:b w:val="0"/>
          <w:i w:val="0"/>
        </w:rPr>
        <w:t>Pin title: Don't Start the Talk With "We Need to Talk About Our Marriage"</w:t>
      </w:r>
    </w:p>
    <w:p>
      <w:r>
        <w:rPr>
          <w:b w:val="0"/>
          <w:i w:val="0"/>
        </w:rPr>
        <w:t>Description: Save My Marriage Today! explains why that opening puts a spouse on guard before you've said anything else, and what to say instead when you want to raise a problem. #ad (affiliate link)</w:t>
      </w:r>
    </w:p>
    <w:p>
      <w:r>
        <w:rPr>
          <w:b w:val="0"/>
          <w:i w:val="0"/>
        </w:rPr>
        <w:t>Destination link: {{AFFILIATE_LINK}}</w:t>
      </w:r>
    </w:p>
    <w:p>
      <w:r>
        <w:rPr>
          <w:b w:val="0"/>
          <w:i w:val="0"/>
        </w:rPr>
        <w:t>Alt text: Text pin with the words We need to talk crossed out</w:t>
      </w:r>
    </w:p>
    <w:p>
      <w:r>
        <w:rPr>
          <w:b w:val="0"/>
          <w:i w:val="0"/>
        </w:rPr>
        <w:t>#marriageadvice #communicationtips #marriagehelp #savemymarriage</w:t>
      </w:r>
    </w:p>
    <w:p>
      <w:r>
        <w:rPr>
          <w:b w:val="0"/>
          <w:i/>
        </w:rPr>
        <w:t>Notes: Board ideas: Marriage Communication, Marriage Advice.</w:t>
      </w:r>
    </w:p>
    <w:p>
      <w:pPr>
        <w:pStyle w:val="Heading2"/>
      </w:pPr>
      <w:r>
        <w:rPr>
          <w:color w:val="182849"/>
        </w:rPr>
        <w:t>Post 9: Pinterest, pin (Free course)</w:t>
      </w:r>
    </w:p>
    <w:p>
      <w:r>
        <w:rPr>
          <w:b w:val="0"/>
          <w:i w:val="0"/>
        </w:rPr>
        <w:t>Pin title: The 6 Most Common Reasons for Divorce, and How to Stop Them</w:t>
      </w:r>
    </w:p>
    <w:p>
      <w:r>
        <w:rPr>
          <w:b w:val="0"/>
          <w:i w:val="0"/>
        </w:rPr>
        <w:t>Description: A free 6-part email course from Save My Marriage Today: why you should ignore the risk factors, the real marriage killer, affairs, poor communication, lack of commitment and growing apart. #ad (affiliate link)</w:t>
      </w:r>
    </w:p>
    <w:p>
      <w:r>
        <w:rPr>
          <w:b w:val="0"/>
          <w:i w:val="0"/>
        </w:rPr>
        <w:t>Destination link: {{FREE_COURSE_LINK}}</w:t>
      </w:r>
    </w:p>
    <w:p>
      <w:r>
        <w:rPr>
          <w:b w:val="0"/>
          <w:i w:val="0"/>
        </w:rPr>
        <w:t>Alt text: Text pin announcing a free 6-part course on the most common reasons for divorce</w:t>
      </w:r>
    </w:p>
    <w:p>
      <w:r>
        <w:rPr>
          <w:b w:val="0"/>
          <w:i w:val="0"/>
        </w:rPr>
        <w:t>#marriageadvice #divorceprevention #freecourse #savemymarriage</w:t>
      </w:r>
    </w:p>
    <w:p>
      <w:r>
        <w:rPr>
          <w:b w:val="0"/>
          <w:i/>
        </w:rPr>
        <w:t>Notes: Uses your free course link. Board ideas: Free Marriage Help, Marriage Advice.</w:t>
      </w:r>
    </w:p>
    <w:p>
      <w:pPr>
        <w:pStyle w:val="Heading2"/>
      </w:pPr>
      <w:r>
        <w:rPr>
          <w:color w:val="182849"/>
        </w:rPr>
        <w:t>Post 10: X and Threads, post (Mistakes)</w:t>
      </w:r>
    </w:p>
    <w:p>
      <w:r>
        <w:rPr>
          <w:b w:val="0"/>
          <w:i w:val="0"/>
        </w:rPr>
        <w:t>A marriage book asks one question I can't stop thinking about: which is more important to you, being right or being together?</w:t>
      </w:r>
    </w:p>
    <w:p>
      <w:r>
        <w:rPr>
          <w:b w:val="0"/>
          <w:i w:val="0"/>
        </w:rPr>
        <w:t>It's from Save My Marriage Today! #ad {{AFFILIATE_LINK}}</w:t>
      </w:r>
    </w:p>
    <w:p>
      <w:r>
        <w:rPr>
          <w:b w:val="0"/>
          <w:i w:val="0"/>
        </w:rPr>
        <w:t>#marriage #marriageadvice</w:t>
      </w:r>
    </w:p>
    <w:p>
      <w:r>
        <w:rPr>
          <w:b w:val="0"/>
          <w:i/>
        </w:rPr>
        <w:t>Notes: Under 280 characters with a full HopLink. On Threads you can drop the hashtags.</w:t>
      </w:r>
    </w:p>
    <w:p>
      <w:pPr>
        <w:pStyle w:val="Heading2"/>
      </w:pPr>
      <w:r>
        <w:rPr>
          <w:color w:val="182849"/>
        </w:rPr>
        <w:t>Post 11: X and Threads, thread (Trial separation)</w:t>
      </w:r>
    </w:p>
    <w:p>
      <w:r>
        <w:rPr>
          <w:b w:val="0"/>
          <w:i w:val="0"/>
        </w:rPr>
        <w:t>1/ When a marriage gets shaky, one idea sounds calmer than all the others: one of you moves out for a while so you can both think.</w:t>
      </w:r>
    </w:p>
    <w:p>
      <w:r>
        <w:rPr>
          <w:b w:val="0"/>
          <w:i w:val="0"/>
        </w:rPr>
        <w:t>2/ Save My Marriage Today! calls this a BIG mistake, in capital letters, and says a trial separation should never be the first option.</w:t>
      </w:r>
    </w:p>
    <w:p>
      <w:r>
        <w:rPr>
          <w:b w:val="0"/>
          <w:i w:val="0"/>
        </w:rPr>
        <w:t>3/ The reason: time apart mostly teaches two people how to live on their own. Once you've both adjusted to that, saving the marriage gets much harder.</w:t>
      </w:r>
    </w:p>
    <w:p>
      <w:r>
        <w:rPr>
          <w:b w:val="0"/>
          <w:i w:val="0"/>
        </w:rPr>
        <w:t>4/ If you need space, the book suggests separate places for the day and the same routine at home at night.</w:t>
      </w:r>
    </w:p>
    <w:p>
      <w:r>
        <w:rPr>
          <w:b w:val="0"/>
          <w:i w:val="0"/>
        </w:rPr>
        <w:t>5/ The full chapter covers seven mistakes like this one. #ad {{AFFILIATE_LINK}}</w:t>
      </w:r>
    </w:p>
    <w:p>
      <w:r>
        <w:rPr>
          <w:b w:val="0"/>
          <w:i w:val="0"/>
        </w:rPr>
        <w:t>#marriage</w:t>
      </w:r>
    </w:p>
    <w:p>
      <w:r>
        <w:rPr>
          <w:b w:val="0"/>
          <w:i/>
        </w:rPr>
        <w:t>Notes: Post as a thread, one numbered part per post.</w:t>
      </w:r>
    </w:p>
    <w:p>
      <w:pPr>
        <w:pStyle w:val="Heading2"/>
      </w:pPr>
      <w:r>
        <w:rPr>
          <w:color w:val="182849"/>
        </w:rPr>
        <w:t>Post 12: Short video, script (Mistakes)</w:t>
      </w:r>
    </w:p>
    <w:p>
      <w:r>
        <w:rPr>
          <w:b w:val="0"/>
          <w:i w:val="0"/>
        </w:rPr>
        <w:t>Hook (on screen and spoken): When your spouse says they want out, your first words matter more than you think.</w:t>
      </w:r>
    </w:p>
    <w:p>
      <w:r>
        <w:rPr>
          <w:b w:val="0"/>
          <w:i w:val="0"/>
        </w:rPr>
        <w:t>Most of us plead. We say sorry and promise to change.</w:t>
      </w:r>
    </w:p>
    <w:p>
      <w:r>
        <w:rPr>
          <w:b w:val="0"/>
          <w:i w:val="0"/>
        </w:rPr>
        <w:t>A marriage course I've been reading, Save My Marriage Today!, lists begging for forgiveness among the seven mistakes to avoid in a crisis.</w:t>
      </w:r>
    </w:p>
    <w:p>
      <w:r>
        <w:rPr>
          <w:b w:val="0"/>
          <w:i w:val="0"/>
        </w:rPr>
        <w:t>Your spouse has been unhappy for a long time. Then they hear promises from someone who can't yet say what went wrong.</w:t>
      </w:r>
    </w:p>
    <w:p>
      <w:r>
        <w:rPr>
          <w:b w:val="0"/>
          <w:i w:val="0"/>
        </w:rPr>
        <w:t>The course says listen first, understand your part, and let your actions rebuild trust over time.</w:t>
      </w:r>
    </w:p>
    <w:p>
      <w:r>
        <w:rPr>
          <w:b w:val="0"/>
          <w:i w:val="0"/>
        </w:rPr>
        <w:t>[Say one honest sentence about why this hit home for you]</w:t>
      </w:r>
    </w:p>
    <w:p>
      <w:r>
        <w:rPr>
          <w:b w:val="0"/>
          <w:i w:val="0"/>
        </w:rPr>
        <w:t>The link's in my bio. It's an affiliate link.</w:t>
      </w:r>
    </w:p>
    <w:p>
      <w:r>
        <w:rPr>
          <w:b w:val="0"/>
          <w:i w:val="0"/>
        </w:rPr>
        <w:t>Spoken disclosure at the start or end: "This is a paid link, I earn a commission if you buy."</w:t>
      </w:r>
    </w:p>
    <w:p>
      <w:r>
        <w:rPr>
          <w:b w:val="0"/>
          <w:i w:val="0"/>
        </w:rPr>
        <w:t>#marriage #marriageadvice #savemymarriage #relationshipadvice</w:t>
      </w:r>
    </w:p>
    <w:p>
      <w:r>
        <w:rPr>
          <w:b w:val="0"/>
          <w:i/>
        </w:rPr>
        <w:t>Notes: About 35 seconds for TikTok, Reels or Shorts. Turn on the platform's paid-partnership or branded-content label as well. HopLink for your bio: {{AFFILIATE_LINK}}</w:t>
      </w:r>
    </w:p>
    <w:p>
      <w:pPr>
        <w:pStyle w:val="Heading2"/>
      </w:pPr>
      <w:r>
        <w:rPr>
          <w:color w:val="182849"/>
        </w:rPr>
        <w:t>Post 13: Short video, script (Love Bank)</w:t>
      </w:r>
    </w:p>
    <w:p>
      <w:r>
        <w:rPr>
          <w:b w:val="0"/>
          <w:i w:val="0"/>
        </w:rPr>
        <w:t>Hook: One sentence can cancel every kind thing you do for your spouse.</w:t>
      </w:r>
    </w:p>
    <w:p>
      <w:r>
        <w:rPr>
          <w:b w:val="0"/>
          <w:i w:val="0"/>
        </w:rPr>
        <w:t>A marriage course called Save My Marriage Today! says every marriage has a Love Bank.</w:t>
      </w:r>
    </w:p>
    <w:p>
      <w:r>
        <w:rPr>
          <w:b w:val="0"/>
          <w:i w:val="0"/>
        </w:rPr>
        <w:t>Kind acts and words go in as deposits. Hurtful ones come out as withdrawals.</w:t>
      </w:r>
    </w:p>
    <w:p>
      <w:r>
        <w:rPr>
          <w:b w:val="0"/>
          <w:i w:val="0"/>
        </w:rPr>
        <w:t>Here's the catch. If you do something kind and then say "Now you have to do this for me," the book says the deposit is null and void.</w:t>
      </w:r>
    </w:p>
    <w:p>
      <w:r>
        <w:rPr>
          <w:b w:val="0"/>
          <w:i w:val="0"/>
        </w:rPr>
        <w:t>[Say one honest sentence about a deposit you made this week]</w:t>
      </w:r>
    </w:p>
    <w:p>
      <w:r>
        <w:rPr>
          <w:b w:val="0"/>
          <w:i w:val="0"/>
        </w:rPr>
        <w:t>Link in my bio, and yes, it's an affiliate link.</w:t>
      </w:r>
    </w:p>
    <w:p>
      <w:r>
        <w:rPr>
          <w:b w:val="0"/>
          <w:i w:val="0"/>
        </w:rPr>
        <w:t>#marriage #lovebank #marriageadvice</w:t>
      </w:r>
    </w:p>
    <w:p>
      <w:r>
        <w:rPr>
          <w:b w:val="0"/>
          <w:i/>
        </w:rPr>
        <w:t>Notes: About 25 seconds. Film it while you do a small kind thing, such as making a coffee. HopLink for your bio: {{AFFILIATE_LINK}}</w:t>
      </w:r>
    </w:p>
    <w:p>
      <w:pPr>
        <w:pStyle w:val="Heading2"/>
      </w:pPr>
      <w:r>
        <w:rPr>
          <w:color w:val="182849"/>
        </w:rPr>
        <w:t>Post 14: YouTube, description (Review)</w:t>
      </w:r>
    </w:p>
    <w:p>
      <w:r>
        <w:rPr>
          <w:b w:val="0"/>
          <w:i w:val="0"/>
        </w:rPr>
        <w:t>Disclosure: the link below is an affiliate link. If you buy through it I earn a commission, at no extra cost to you.</w:t>
      </w:r>
    </w:p>
    <w:p>
      <w:r>
        <w:rPr>
          <w:b w:val="0"/>
          <w:i w:val="0"/>
        </w:rPr>
        <w:t>Save My Marriage Today! by Amy Waterman and Andrew Rusbatch:</w:t>
        <w:br/>
        <w:t>{{AFFILIATE_LINK}}</w:t>
      </w:r>
    </w:p>
    <w:p>
      <w:r>
        <w:rPr>
          <w:b w:val="0"/>
          <w:i w:val="0"/>
        </w:rPr>
        <w:t>In this video I look at what's inside: a 158-page course in 20 chapters with 38 exercises, Book 2 for marriages in extreme crisis, a personal email consultation and five bonus books, for $49.95 with a 60-day money-back guarantee.</w:t>
      </w:r>
    </w:p>
    <w:p>
      <w:r>
        <w:rPr>
          <w:b w:val="0"/>
          <w:i w:val="0"/>
        </w:rPr>
        <w:t>[Add your chapter times here, such as 0:00 Intro, 1:10 The seven mistakes]</w:t>
      </w:r>
    </w:p>
    <w:p>
      <w:r>
        <w:rPr>
          <w:b w:val="0"/>
          <w:i w:val="0"/>
        </w:rPr>
        <w:t>Not ready to buy? The free 6-part course: {{FREE_COURSE_LINK}}</w:t>
      </w:r>
    </w:p>
    <w:p>
      <w:r>
        <w:rPr>
          <w:b w:val="0"/>
          <w:i w:val="0"/>
        </w:rPr>
        <w:t>Pinned comment: The course I talk about in this video is here (affiliate link): {{AFFILIATE_LINK}}</w:t>
      </w:r>
    </w:p>
    <w:p>
      <w:r>
        <w:rPr>
          <w:b w:val="0"/>
          <w:i w:val="0"/>
        </w:rPr>
        <w:t>#marriageadvice #savemymarriage #marriagehelp</w:t>
      </w:r>
    </w:p>
    <w:p>
      <w:r>
        <w:rPr>
          <w:b w:val="0"/>
          <w:i/>
        </w:rPr>
        <w:t>Notes: Say the disclosure out loud early in the video too, and tick "Includes paid promotion" in YouTube Studio.</w:t>
      </w:r>
    </w:p>
    <w:p>
      <w:pPr>
        <w:pStyle w:val="Heading2"/>
      </w:pPr>
      <w:r>
        <w:rPr>
          <w:color w:val="182849"/>
        </w:rPr>
        <w:t>Post 15: Facebook, post (Starting alone)</w:t>
      </w:r>
    </w:p>
    <w:p>
      <w:r>
        <w:rPr>
          <w:b w:val="0"/>
          <w:i w:val="0"/>
        </w:rPr>
        <w:t>#ad</w:t>
      </w:r>
    </w:p>
    <w:p>
      <w:r>
        <w:rPr>
          <w:b w:val="0"/>
          <w:i w:val="0"/>
        </w:rPr>
        <w:t>One of the hardest places to be in a marriage is the spot where you want to fix things and your husband or wife doesn't.</w:t>
      </w:r>
    </w:p>
    <w:p>
      <w:r>
        <w:rPr>
          <w:b w:val="0"/>
          <w:i w:val="0"/>
        </w:rPr>
        <w:t>Save My Marriage Today! was written with that person in mind. Its 38 exercises are each marked "Do Yourself" or "Do Together", and the course says plainly that you can start even if your spouse won't take part.</w:t>
      </w:r>
    </w:p>
    <w:p>
      <w:r>
        <w:rPr>
          <w:b w:val="0"/>
          <w:i w:val="0"/>
        </w:rPr>
        <w:t>Almaz, a reader in Ethiopia, wrote to Amy Waterman: "I understand the better thing is to change myself instead of my spouse."</w:t>
      </w:r>
    </w:p>
    <w:p>
      <w:r>
        <w:rPr>
          <w:b w:val="0"/>
          <w:i w:val="0"/>
        </w:rPr>
        <w:t>[Add one honest sentence about why this matters to your readers]</w:t>
      </w:r>
    </w:p>
    <w:p>
      <w:r>
        <w:rPr>
          <w:b w:val="0"/>
          <w:i w:val="0"/>
        </w:rPr>
        <w:t>The course (affiliate link): {{AFFILIATE_LINK}}</w:t>
      </w:r>
    </w:p>
    <w:p>
      <w:r>
        <w:rPr>
          <w:b w:val="0"/>
          <w:i w:val="0"/>
        </w:rPr>
        <w:t>#marriage #marriageadvice #savemymarriage #marriagehelp #relationshipadvice</w:t>
      </w:r>
    </w:p>
    <w:p>
      <w:r>
        <w:rPr>
          <w:b w:val="0"/>
          <w:i/>
        </w:rPr>
        <w:t>Notes: Good for groups and pages where people often say their partner won't read anything or see a counselor. Keep Almaz's words exactly as written.</w:t>
      </w:r>
    </w:p>
    <w:p>
      <w:pPr>
        <w:pStyle w:val="Heading2"/>
      </w:pPr>
      <w:r>
        <w:rPr>
          <w:color w:val="182849"/>
        </w:rPr>
        <w:t>Post 16: Facebook, post (Jane's story)</w:t>
      </w:r>
    </w:p>
    <w:p>
      <w:r>
        <w:rPr>
          <w:b w:val="0"/>
          <w:i w:val="0"/>
        </w:rPr>
        <w:t>#ad</w:t>
      </w:r>
    </w:p>
    <w:p>
      <w:r>
        <w:rPr>
          <w:b w:val="0"/>
          <w:i w:val="0"/>
        </w:rPr>
        <w:t>Jane had been married for 14 years and had two children when her husband came home one night and asked for a divorce.</w:t>
      </w:r>
    </w:p>
    <w:p>
      <w:r>
        <w:rPr>
          <w:b w:val="0"/>
          <w:i w:val="0"/>
        </w:rPr>
        <w:t>She couldn't eat or sleep. She phoned her best friend in tears, and that friend was relationship writer Amy Waterman. Amy took her under her wing and taught her everything she knew about saving a marriage.</w:t>
      </w:r>
    </w:p>
    <w:p>
      <w:r>
        <w:rPr>
          <w:b w:val="0"/>
          <w:i w:val="0"/>
        </w:rPr>
        <w:t>Jane stopped begging, blaming and playing the victim. Some of the steps Amy gave her seemed counter-intuitive at first. A few months later, Jane and her husband came to Amy's party hand in hand, "like a honeymoon couple".</w:t>
      </w:r>
    </w:p>
    <w:p>
      <w:r>
        <w:rPr>
          <w:b w:val="0"/>
          <w:i w:val="0"/>
        </w:rPr>
        <w:t>Amy wrote it all down, tested it and turned it into the course Save My Marriage Today!</w:t>
      </w:r>
    </w:p>
    <w:p>
      <w:r>
        <w:rPr>
          <w:b w:val="0"/>
          <w:i w:val="0"/>
        </w:rPr>
        <w:t>[Add one honest sentence about what struck you in Jane's story]</w:t>
      </w:r>
    </w:p>
    <w:p>
      <w:r>
        <w:rPr>
          <w:b w:val="0"/>
          <w:i w:val="0"/>
        </w:rPr>
        <w:t>Read Amy's letter (affiliate link): {{AFFILIATE_LINK}}</w:t>
      </w:r>
    </w:p>
    <w:p>
      <w:r>
        <w:rPr>
          <w:b w:val="0"/>
          <w:i w:val="0"/>
        </w:rPr>
        <w:t>#marriage #marriageadvice #savemymarriage #marriagehelp #relationshipadvice</w:t>
      </w:r>
    </w:p>
    <w:p>
      <w:r>
        <w:rPr>
          <w:b w:val="0"/>
          <w:i/>
        </w:rPr>
        <w:t>Notes: A story post like this suits a quiet evening slot. Don't add details to Jane's story; everything here comes from Amy's own letter.</w:t>
      </w:r>
    </w:p>
    <w:p>
      <w:pPr>
        <w:pStyle w:val="Heading2"/>
      </w:pPr>
      <w:r>
        <w:rPr>
          <w:color w:val="182849"/>
        </w:rPr>
        <w:t>Post 17: Facebook, post (In-laws)</w:t>
      </w:r>
    </w:p>
    <w:p>
      <w:r>
        <w:rPr>
          <w:b w:val="0"/>
          <w:i w:val="0"/>
        </w:rPr>
        <w:t>#ad</w:t>
      </w:r>
    </w:p>
    <w:p>
      <w:r>
        <w:rPr>
          <w:b w:val="0"/>
          <w:i w:val="0"/>
        </w:rPr>
        <w:t>A marriage can have more than two people in it without anyone having an affair.</w:t>
      </w:r>
    </w:p>
    <w:p>
      <w:r>
        <w:rPr>
          <w:b w:val="0"/>
          <w:i w:val="0"/>
        </w:rPr>
        <w:t>The in-laws. The friend who never quite took to your husband or wife. The ex who still seems to be somewhere in the room. Save My Marriage Today! gives them a whole chapter, When Marriage Is More Than Two. It covers the myths about in-laws and why a good relationship with them matters to the marriage itself, friends who sabotage a marriage, and what the book calls the ghost of partners past.</w:t>
      </w:r>
    </w:p>
    <w:p>
      <w:r>
        <w:rPr>
          <w:b w:val="0"/>
          <w:i w:val="0"/>
        </w:rPr>
        <w:t>[Add one honest sentence about family and marriage from your own experience]</w:t>
      </w:r>
    </w:p>
    <w:p>
      <w:r>
        <w:rPr>
          <w:b w:val="0"/>
          <w:i w:val="0"/>
        </w:rPr>
        <w:t>The course (affiliate link): {{AFFILIATE_LINK}}</w:t>
      </w:r>
    </w:p>
    <w:p>
      <w:r>
        <w:rPr>
          <w:b w:val="0"/>
          <w:i w:val="0"/>
        </w:rPr>
        <w:t>#marriage #marriageadvice #savemymarriage #marriagehelp #relationshipadvice #inlaws</w:t>
      </w:r>
    </w:p>
    <w:p>
      <w:r>
        <w:rPr>
          <w:b w:val="0"/>
          <w:i/>
        </w:rPr>
        <w:t>Notes: Add a question at the end to start a conversation, such as "Which of these is hardest to talk about?". Delete comments that name or shame real family members.</w:t>
      </w:r>
    </w:p>
    <w:p>
      <w:pPr>
        <w:pStyle w:val="Heading2"/>
      </w:pPr>
      <w:r>
        <w:rPr>
          <w:color w:val="182849"/>
        </w:rPr>
        <w:t>Post 18: Facebook, post (Money fights)</w:t>
      </w:r>
    </w:p>
    <w:p>
      <w:r>
        <w:rPr>
          <w:b w:val="0"/>
          <w:i w:val="0"/>
        </w:rPr>
        <w:t>#ad</w:t>
      </w:r>
    </w:p>
    <w:p>
      <w:r>
        <w:rPr>
          <w:b w:val="0"/>
          <w:i w:val="0"/>
        </w:rPr>
        <w:t>Plenty of couples have one argument they could recite word for word, and money is a common one.</w:t>
      </w:r>
    </w:p>
    <w:p>
      <w:r>
        <w:rPr>
          <w:b w:val="0"/>
          <w:i w:val="0"/>
        </w:rPr>
        <w:t>Save My Marriage Today! gives money a chapter of its own, The Power of Money, and the course sets out techniques that stop the same arguments coming round again and again. It sits beside a chapter on teamwork, about becoming a team again even when it feels as if you're fighting on opposite sides.</w:t>
      </w:r>
    </w:p>
    <w:p>
      <w:r>
        <w:rPr>
          <w:b w:val="0"/>
          <w:i w:val="0"/>
        </w:rPr>
        <w:t>[Add one honest sentence about how money talk goes in your home, or your readers']</w:t>
      </w:r>
    </w:p>
    <w:p>
      <w:r>
        <w:rPr>
          <w:b w:val="0"/>
          <w:i w:val="0"/>
        </w:rPr>
        <w:t>The course (affiliate link): {{AFFILIATE_LINK}}</w:t>
      </w:r>
    </w:p>
    <w:p>
      <w:r>
        <w:rPr>
          <w:b w:val="0"/>
          <w:i w:val="0"/>
        </w:rPr>
        <w:t>#marriage #marriageadvice #savemymarriage #marriagehelp #relationshipadvice #moneyandmarriage</w:t>
      </w:r>
    </w:p>
    <w:p>
      <w:r>
        <w:rPr>
          <w:b w:val="0"/>
          <w:i/>
        </w:rPr>
        <w:t>Notes: Fits pages about family budgeting and personal finance as well as marriage pages. Never offer financial advice in the comments.</w:t>
      </w:r>
    </w:p>
    <w:p>
      <w:pPr>
        <w:pStyle w:val="Heading2"/>
      </w:pPr>
      <w:r>
        <w:rPr>
          <w:color w:val="182849"/>
        </w:rPr>
        <w:t>Post 19: Facebook, post (Free course)</w:t>
      </w:r>
    </w:p>
    <w:p>
      <w:r>
        <w:rPr>
          <w:b w:val="0"/>
          <w:i w:val="0"/>
        </w:rPr>
        <w:t>Part 3 of a free email course from Save My Marriage Today is called Affairs: How to Spot Them and Prevent Them Before They Occur.</w:t>
      </w:r>
    </w:p>
    <w:p>
      <w:r>
        <w:rPr>
          <w:b w:val="0"/>
          <w:i w:val="0"/>
        </w:rPr>
        <w:t>Sue Blair, who took the course, wrote: "I especially loved the one about affairs- Because i am always afraid of this happening to me."</w:t>
      </w:r>
    </w:p>
    <w:p>
      <w:r>
        <w:rPr>
          <w:b w:val="0"/>
          <w:i w:val="0"/>
        </w:rPr>
        <w:t>The course is free and arrives in 6 parts by email, from the risk factors for divorce to growing apart.</w:t>
      </w:r>
    </w:p>
    <w:p>
      <w:r>
        <w:rPr>
          <w:b w:val="0"/>
          <w:i w:val="0"/>
        </w:rPr>
        <w:t>[Add one honest sentence about why you're sharing it]</w:t>
      </w:r>
    </w:p>
    <w:p>
      <w:r>
        <w:rPr>
          <w:b w:val="0"/>
          <w:i w:val="0"/>
        </w:rPr>
        <w:t>Sign up here (affiliate link, so I may earn a commission if you later buy the full course): {{FREE_COURSE_LINK}}</w:t>
      </w:r>
    </w:p>
    <w:p>
      <w:r>
        <w:rPr>
          <w:b w:val="0"/>
          <w:i w:val="0"/>
        </w:rPr>
        <w:t>#marriage #marriageadvice #savemymarriage #marriagehelp #affairs</w:t>
      </w:r>
    </w:p>
    <w:p>
      <w:r>
        <w:rPr>
          <w:b w:val="0"/>
          <w:i/>
        </w:rPr>
        <w:t>Notes: Uses your free course link. Keep Sue's words exactly as written, spelling and spacing included, because they are hers.</w:t>
      </w:r>
    </w:p>
    <w:p>
      <w:pPr>
        <w:pStyle w:val="Heading2"/>
      </w:pPr>
      <w:r>
        <w:rPr>
          <w:color w:val="182849"/>
        </w:rPr>
        <w:t>Post 20: Instagram, caption (Five stages of crisis)</w:t>
      </w:r>
    </w:p>
    <w:p>
      <w:r>
        <w:rPr>
          <w:b w:val="0"/>
          <w:i w:val="0"/>
        </w:rPr>
        <w:t>#ad A marriage crisis has stages, and Amy Waterman counts five of them.</w:t>
      </w:r>
    </w:p>
    <w:p>
      <w:r>
        <w:rPr>
          <w:b w:val="0"/>
          <w:i w:val="0"/>
        </w:rPr>
        <w:t>In Save My Marriage Today!, the chapter Coping With Crisis helps you work out which of the 5 stages of crisis you're in and how to handle each one. The same chapter covers the crises that press on a marriage from outside: alcohol, drug and gambling dependency, depression, and the death of someone you love.</w:t>
      </w:r>
    </w:p>
    <w:p>
      <w:r>
        <w:rPr>
          <w:b w:val="0"/>
          <w:i w:val="0"/>
        </w:rPr>
        <w:t>[Add one honest sentence about a hard season you or your followers have come through]</w:t>
      </w:r>
    </w:p>
    <w:p>
      <w:r>
        <w:rPr>
          <w:b w:val="0"/>
          <w:i w:val="0"/>
        </w:rPr>
        <w:t>Link in bio (affiliate link).</w:t>
      </w:r>
    </w:p>
    <w:p>
      <w:r>
        <w:rPr>
          <w:b w:val="0"/>
          <w:i w:val="0"/>
        </w:rPr>
        <w:t>#marriage #marriageadvice #savemymarriage #marriagehelp #relationshipadvice #marriedlife #husbandandwife #marriagecrisis</w:t>
      </w:r>
    </w:p>
    <w:p>
      <w:r>
        <w:rPr>
          <w:b w:val="0"/>
          <w:i/>
        </w:rPr>
        <w:t>Notes: A calm picture works best here: a window, a cup of tea, an open book. Avoid anything that shows drinking or gambling. HopLink for your bio: {{AFFILIATE_LINK}}</w:t>
      </w:r>
    </w:p>
    <w:p>
      <w:pPr>
        <w:pStyle w:val="Heading2"/>
      </w:pPr>
      <w:r>
        <w:rPr>
          <w:color w:val="182849"/>
        </w:rPr>
        <w:t>Post 21: Instagram, carousel (The divorce lines)</w:t>
      </w:r>
    </w:p>
    <w:p>
      <w:r>
        <w:rPr>
          <w:b w:val="0"/>
          <w:i w:val="0"/>
        </w:rPr>
        <w:t>Slide 1: 8 things people say when they want out of a marriage</w:t>
        <w:br/>
        <w:t>Slide 2: "I love you but I'm not in love with you anymore..."</w:t>
        <w:br/>
        <w:t>Slide 3: "We've grown apart."</w:t>
        <w:br/>
        <w:t>Slide 4: "You've changed."</w:t>
        <w:br/>
        <w:t>Slide 5: "You're not exciting or fun anymore."</w:t>
        <w:br/>
        <w:t>Slide 6: "I've met someone else and I think I love them..."</w:t>
        <w:br/>
        <w:t>Slide 7: "I hate you!" and "I'm sick of your nagging!"</w:t>
        <w:br/>
        <w:t>Slide 8: "I don't want to be married anymore and there's nothing you can say that will make me change my mind."</w:t>
        <w:br/>
        <w:t>Slide 9: Amy Waterman: the reason given may not be the real one. Save My Marriage Today! Link in bio.</w:t>
      </w:r>
    </w:p>
    <w:p>
      <w:r>
        <w:rPr>
          <w:b w:val="0"/>
          <w:i w:val="0"/>
        </w:rPr>
        <w:t>Caption:</w:t>
        <w:br/>
        <w:t>#ad Every one of these lines comes from Amy Waterman's letter for Save My Marriage Today! She says a spouse may hide the real reasons, for fear of hurting you or of looking bad, or may not fully understand them yet. None of them has to mean the end of a marriage if you don't want it to.</w:t>
      </w:r>
    </w:p>
    <w:p>
      <w:r>
        <w:rPr>
          <w:b w:val="0"/>
          <w:i w:val="0"/>
        </w:rPr>
        <w:t>[Add one honest sentence about which line you hear about most]</w:t>
      </w:r>
    </w:p>
    <w:p>
      <w:r>
        <w:rPr>
          <w:b w:val="0"/>
          <w:i w:val="0"/>
        </w:rPr>
        <w:t>Link in bio (affiliate link).</w:t>
      </w:r>
    </w:p>
    <w:p>
      <w:r>
        <w:rPr>
          <w:b w:val="0"/>
          <w:i w:val="0"/>
        </w:rPr>
        <w:t>#marriage #marriageadvice #savemymarriage #marriagehelp #relationshipadvice #marriedlife #husbandandwife #marriagetips</w:t>
      </w:r>
    </w:p>
    <w:p>
      <w:r>
        <w:rPr>
          <w:b w:val="0"/>
          <w:i/>
        </w:rPr>
        <w:t>Notes: Plain text cards in your own colours. The lines are word for word from the sales letter, so don't reword them. HopLink for your bio: {{AFFILIATE_LINK}}</w:t>
      </w:r>
    </w:p>
    <w:p>
      <w:pPr>
        <w:pStyle w:val="Heading2"/>
      </w:pPr>
      <w:r>
        <w:rPr>
          <w:color w:val="182849"/>
        </w:rPr>
        <w:t>Post 22: Instagram, carousel (Life cycle of a marriage)</w:t>
      </w:r>
    </w:p>
    <w:p>
      <w:r>
        <w:rPr>
          <w:b w:val="0"/>
          <w:i w:val="0"/>
        </w:rPr>
        <w:t>Slide 1: The 6 steps in the life cycle of a marriage</w:t>
        <w:br/>
        <w:t>Slide 2: 1. Romance and infatuation</w:t>
        <w:br/>
        <w:t>Slide 3: 2. After the honeymoon</w:t>
        <w:br/>
        <w:t>Slide 4: 3. Staking your territories</w:t>
        <w:br/>
        <w:t>Slide 5: 4. Evaluation</w:t>
        <w:br/>
        <w:t>Slide 6: 5. Reconnection</w:t>
        <w:br/>
        <w:t>Slide 7: 6. Commitment</w:t>
        <w:br/>
        <w:t>Slide 8: From Save My Marriage Today! by Amy Waterman. Link in bio.</w:t>
      </w:r>
    </w:p>
    <w:p>
      <w:r>
        <w:rPr>
          <w:b w:val="0"/>
          <w:i w:val="0"/>
        </w:rPr>
        <w:t>Caption:</w:t>
        <w:br/>
        <w:t>#ad The second chapter of Save My Marriage Today! walks through all six steps, and a later chapter takes on the plateau: the mid-marriage crisis, play and laughter, and couple rituals.</w:t>
      </w:r>
    </w:p>
    <w:p>
      <w:r>
        <w:rPr>
          <w:b w:val="0"/>
          <w:i w:val="0"/>
        </w:rPr>
        <w:t>Which step are the two of you on? [Add your own answer here]</w:t>
      </w:r>
    </w:p>
    <w:p>
      <w:r>
        <w:rPr>
          <w:b w:val="0"/>
          <w:i w:val="0"/>
        </w:rPr>
        <w:t>Link in bio (affiliate link).</w:t>
      </w:r>
    </w:p>
    <w:p>
      <w:r>
        <w:rPr>
          <w:b w:val="0"/>
          <w:i w:val="0"/>
        </w:rPr>
        <w:t>#marriage #marriageadvice #savemymarriage #marriagehelp #relationshipadvice #marriedlife #husbandandwife #longmarriage</w:t>
      </w:r>
    </w:p>
    <w:p>
      <w:r>
        <w:rPr>
          <w:b w:val="0"/>
          <w:i/>
        </w:rPr>
        <w:t>Notes: Make the slides look like a simple timeline. HopLink for your bio: {{AFFILIATE_LINK}}</w:t>
      </w:r>
    </w:p>
    <w:p>
      <w:pPr>
        <w:pStyle w:val="Heading2"/>
      </w:pPr>
      <w:r>
        <w:rPr>
          <w:color w:val="182849"/>
        </w:rPr>
        <w:t>Post 23: Instagram, caption (Conflict)</w:t>
      </w:r>
    </w:p>
    <w:p>
      <w:r>
        <w:rPr>
          <w:b w:val="0"/>
          <w:i w:val="0"/>
        </w:rPr>
        <w:t>#ad Aggressive, passive or assertive: when your partner goes on the attack, which one comes out first?</w:t>
      </w:r>
    </w:p>
    <w:p>
      <w:r>
        <w:rPr>
          <w:b w:val="0"/>
          <w:i w:val="0"/>
        </w:rPr>
        <w:t>Save My Marriage Today! has a chapter called Combating Conflicts that goes through all three, along with anger, triggers and what is really going on underneath an argument. Amy Waterman even explains why arguing can be good for a marriage, and how to settle things in a way that leaves you both calmer.</w:t>
      </w:r>
    </w:p>
    <w:p>
      <w:r>
        <w:rPr>
          <w:b w:val="0"/>
          <w:i w:val="0"/>
        </w:rPr>
        <w:t>[Add one honest sentence about your own default in an argument]</w:t>
      </w:r>
    </w:p>
    <w:p>
      <w:r>
        <w:rPr>
          <w:b w:val="0"/>
          <w:i w:val="0"/>
        </w:rPr>
        <w:t>Link in bio (affiliate link).</w:t>
      </w:r>
    </w:p>
    <w:p>
      <w:r>
        <w:rPr>
          <w:b w:val="0"/>
          <w:i w:val="0"/>
        </w:rPr>
        <w:t>#marriage #marriageadvice #savemymarriage #marriagehelp #relationshipadvice #marriedlife #husbandandwife #communication</w:t>
      </w:r>
    </w:p>
    <w:p>
      <w:r>
        <w:rPr>
          <w:b w:val="0"/>
          <w:i/>
        </w:rPr>
        <w:t>Notes: A photo of two mugs on a table, or a plain text card with the three words, works well. HopLink for your bio: {{AFFILIATE_LINK}}</w:t>
      </w:r>
    </w:p>
    <w:p>
      <w:pPr>
        <w:pStyle w:val="Heading2"/>
      </w:pPr>
      <w:r>
        <w:rPr>
          <w:color w:val="182849"/>
        </w:rPr>
        <w:t>Post 24: Pinterest, pin (Five stages of crisis)</w:t>
      </w:r>
    </w:p>
    <w:p>
      <w:r>
        <w:rPr>
          <w:b w:val="0"/>
          <w:i w:val="0"/>
        </w:rPr>
        <w:t>Pin title: The 5 Stages of a Marriage Crisis, and How to Handle Each One</w:t>
      </w:r>
    </w:p>
    <w:p>
      <w:r>
        <w:rPr>
          <w:b w:val="0"/>
          <w:i w:val="0"/>
        </w:rPr>
        <w:t>Description: Save My Marriage Today! by Amy Waterman helps you work out which of the 5 stages of crisis your marriage is in and what to do at each stage, with help for crises such as dependency, depression and grief. #ad (affiliate link)</w:t>
      </w:r>
    </w:p>
    <w:p>
      <w:r>
        <w:rPr>
          <w:b w:val="0"/>
          <w:i w:val="0"/>
        </w:rPr>
        <w:t>Destination link: {{AFFILIATE_LINK}}</w:t>
      </w:r>
    </w:p>
    <w:p>
      <w:r>
        <w:rPr>
          <w:b w:val="0"/>
          <w:i w:val="0"/>
        </w:rPr>
        <w:t>Alt text: Text pin reading the 5 stages of a marriage crisis</w:t>
      </w:r>
    </w:p>
    <w:p>
      <w:r>
        <w:rPr>
          <w:b w:val="0"/>
          <w:i w:val="0"/>
        </w:rPr>
        <w:t>#marriageadvice #marriagehelp #savemymarriage #marriagecrisis</w:t>
      </w:r>
    </w:p>
    <w:p>
      <w:r>
        <w:rPr>
          <w:b w:val="0"/>
          <w:i/>
        </w:rPr>
        <w:t>Notes: Board ideas: Marriage Advice, Saving My Marriage, Hard Seasons. A tall 1000x1500 image works best.</w:t>
      </w:r>
    </w:p>
    <w:p>
      <w:pPr>
        <w:pStyle w:val="Heading2"/>
      </w:pPr>
      <w:r>
        <w:rPr>
          <w:color w:val="182849"/>
        </w:rPr>
        <w:t>Post 25: Pinterest, pin (Life cycle of a marriage)</w:t>
      </w:r>
    </w:p>
    <w:p>
      <w:r>
        <w:rPr>
          <w:b w:val="0"/>
          <w:i w:val="0"/>
        </w:rPr>
        <w:t>Pin title: The 6 Steps in the Life Cycle of a Marriage</w:t>
      </w:r>
    </w:p>
    <w:p>
      <w:r>
        <w:rPr>
          <w:b w:val="0"/>
          <w:i w:val="0"/>
        </w:rPr>
        <w:t>Description: Romance and infatuation, after the honeymoon, staking your territories, evaluation, reconnection and commitment. Save My Marriage Today! explains each step, and what to do when a marriage stalls on a plateau. #ad (affiliate link)</w:t>
      </w:r>
    </w:p>
    <w:p>
      <w:r>
        <w:rPr>
          <w:b w:val="0"/>
          <w:i w:val="0"/>
        </w:rPr>
        <w:t>Destination link: {{AFFILIATE_LINK}}</w:t>
      </w:r>
    </w:p>
    <w:p>
      <w:r>
        <w:rPr>
          <w:b w:val="0"/>
          <w:i w:val="0"/>
        </w:rPr>
        <w:t>Alt text: Timeline pin showing the six steps in the life cycle of a marriage</w:t>
      </w:r>
    </w:p>
    <w:p>
      <w:r>
        <w:rPr>
          <w:b w:val="0"/>
          <w:i w:val="0"/>
        </w:rPr>
        <w:t>#marriageadvice #marriagetips #savemymarriage #relationshipadvice</w:t>
      </w:r>
    </w:p>
    <w:p>
      <w:r>
        <w:rPr>
          <w:b w:val="0"/>
          <w:i/>
        </w:rPr>
        <w:t>Notes: Board ideas: Marriage Tips, Long Marriage, Relationship Advice. A numbered timeline graphic suits this pin.</w:t>
      </w:r>
    </w:p>
    <w:p>
      <w:pPr>
        <w:pStyle w:val="Heading2"/>
      </w:pPr>
      <w:r>
        <w:rPr>
          <w:color w:val="182849"/>
        </w:rPr>
        <w:t>Post 26: Pinterest, pin (Choosing a counselor)</w:t>
      </w:r>
    </w:p>
    <w:p>
      <w:r>
        <w:rPr>
          <w:b w:val="0"/>
          <w:i w:val="0"/>
        </w:rPr>
        <w:t>Pin title: How to Choose the Right Marriage Counselor</w:t>
      </w:r>
    </w:p>
    <w:p>
      <w:r>
        <w:rPr>
          <w:b w:val="0"/>
          <w:i w:val="0"/>
        </w:rPr>
        <w:t>Description: The last chapter of Save My Marriage Today! is about when to seek professional help, with a checklist to find the right counselor for you and get the most from them. #ad (affiliate link)</w:t>
      </w:r>
    </w:p>
    <w:p>
      <w:r>
        <w:rPr>
          <w:b w:val="0"/>
          <w:i w:val="0"/>
        </w:rPr>
        <w:t>Destination link: {{AFFILIATE_LINK}}</w:t>
      </w:r>
    </w:p>
    <w:p>
      <w:r>
        <w:rPr>
          <w:b w:val="0"/>
          <w:i w:val="0"/>
        </w:rPr>
        <w:t>Alt text: Text pin reading how to choose the right marriage counselor</w:t>
      </w:r>
    </w:p>
    <w:p>
      <w:r>
        <w:rPr>
          <w:b w:val="0"/>
          <w:i w:val="0"/>
        </w:rPr>
        <w:t>#marriageadvice #marriagecounseling #marriagehelp #savemymarriage</w:t>
      </w:r>
    </w:p>
    <w:p>
      <w:r>
        <w:rPr>
          <w:b w:val="0"/>
          <w:i/>
        </w:rPr>
        <w:t>Notes: Board ideas: Marriage Counseling, Marriage Help. Good for people searching for counseling who aren't sure where to start.</w:t>
      </w:r>
    </w:p>
    <w:p>
      <w:pPr>
        <w:pStyle w:val="Heading2"/>
      </w:pPr>
      <w:r>
        <w:rPr>
          <w:color w:val="182849"/>
        </w:rPr>
        <w:t>Post 27: X and Threads, post (Real reasons)</w:t>
      </w:r>
    </w:p>
    <w:p>
      <w:r>
        <w:rPr>
          <w:b w:val="0"/>
          <w:i w:val="0"/>
        </w:rPr>
        <w:t>One marriage book argues that most marriage problems "aren't caused by lack of love or irreconcilable differences". It blames poor communication, poor conflict resolution and neglected priorities. All three can be learned.</w:t>
      </w:r>
    </w:p>
    <w:p>
      <w:r>
        <w:rPr>
          <w:b w:val="0"/>
          <w:i w:val="0"/>
        </w:rPr>
        <w:t>Save My Marriage Today! #ad {{AFFILIATE_LINK}}</w:t>
      </w:r>
    </w:p>
    <w:p>
      <w:r>
        <w:rPr>
          <w:b w:val="0"/>
          <w:i w:val="0"/>
        </w:rPr>
        <w:t>#marriage #marriageadvice</w:t>
      </w:r>
    </w:p>
    <w:p>
      <w:r>
        <w:rPr>
          <w:b w:val="0"/>
          <w:i/>
        </w:rPr>
        <w:t>Notes: Fits in 280 characters with a full HopLink. On Threads you can drop the hashtags.</w:t>
      </w:r>
    </w:p>
    <w:p>
      <w:pPr>
        <w:pStyle w:val="Heading2"/>
      </w:pPr>
      <w:r>
        <w:rPr>
          <w:color w:val="182849"/>
        </w:rPr>
        <w:t>Post 28: X and Threads, post (Starting alone)</w:t>
      </w:r>
    </w:p>
    <w:p>
      <w:r>
        <w:rPr>
          <w:b w:val="0"/>
          <w:i w:val="0"/>
        </w:rPr>
        <w:t>Every exercise in Save My Marriage Today! is marked "Do Yourself" or "Do Together". If you're the only one trying right now, you can still start tonight. #ad {{AFFILIATE_LINK}}</w:t>
      </w:r>
    </w:p>
    <w:p>
      <w:r>
        <w:rPr>
          <w:b w:val="0"/>
          <w:i w:val="0"/>
        </w:rPr>
        <w:t>#marriage</w:t>
      </w:r>
    </w:p>
    <w:p>
      <w:r>
        <w:rPr>
          <w:b w:val="0"/>
          <w:i/>
        </w:rPr>
        <w:t>Notes: Short enough to repost on different days with a new first line.</w:t>
      </w:r>
    </w:p>
    <w:p>
      <w:pPr>
        <w:pStyle w:val="Heading2"/>
      </w:pPr>
      <w:r>
        <w:rPr>
          <w:color w:val="182849"/>
        </w:rPr>
        <w:t>Post 29: X and Threads, thread (Affair recovery)</w:t>
      </w:r>
    </w:p>
    <w:p>
      <w:r>
        <w:rPr>
          <w:b w:val="0"/>
          <w:i w:val="0"/>
        </w:rPr>
        <w:t>1/ After an affair, there are two people in pain, and they're hurting in very different ways.</w:t>
      </w:r>
    </w:p>
    <w:p>
      <w:r>
        <w:rPr>
          <w:b w:val="0"/>
          <w:i w:val="0"/>
        </w:rPr>
        <w:t>2/ The one who was cheated on needs to know whether trust can come back. The one who cheated needs to know whether there's a way back at all.</w:t>
      </w:r>
    </w:p>
    <w:p>
      <w:r>
        <w:rPr>
          <w:b w:val="0"/>
          <w:i w:val="0"/>
        </w:rPr>
        <w:t>3/ Book 2 of Save My Marriage Today! has a chapter called The Anatomy of an Affair that looks at it from both sides.</w:t>
      </w:r>
    </w:p>
    <w:p>
      <w:r>
        <w:rPr>
          <w:b w:val="0"/>
          <w:i w:val="0"/>
        </w:rPr>
        <w:t>4/ The main course adds a chapter on whether to stay or go, and a 4-step formula to stop cheating dead in its tracks.</w:t>
      </w:r>
    </w:p>
    <w:p>
      <w:r>
        <w:rPr>
          <w:b w:val="0"/>
          <w:i w:val="0"/>
        </w:rPr>
        <w:t>5/ Rhonda K. wrote: "The true examples from real people gave me insight that you can really survive an affair!" #ad {{AFFILIATE_LINK}}</w:t>
      </w:r>
    </w:p>
    <w:p>
      <w:r>
        <w:rPr>
          <w:b w:val="0"/>
          <w:i w:val="0"/>
        </w:rPr>
        <w:t>#marriage</w:t>
      </w:r>
    </w:p>
    <w:p>
      <w:r>
        <w:rPr>
          <w:b w:val="0"/>
          <w:i/>
        </w:rPr>
        <w:t>Notes: Post as a thread, one numbered part per post. Keep Rhonda's words exactly as written.</w:t>
      </w:r>
    </w:p>
    <w:p>
      <w:pPr>
        <w:pStyle w:val="Heading2"/>
      </w:pPr>
      <w:r>
        <w:rPr>
          <w:color w:val="182849"/>
        </w:rPr>
        <w:t>Post 30: X and Threads, post (Conflict)</w:t>
      </w:r>
    </w:p>
    <w:p>
      <w:r>
        <w:rPr>
          <w:b w:val="0"/>
          <w:i w:val="0"/>
        </w:rPr>
        <w:t>Slamming the door ends an argument. So does a day of silence. Neither leaves anyone calmer. Save My Marriage Today! has a whole chapter on doing it differently, and on why arguing can be good for a marriage. #ad {{AFFILIATE_LINK}}</w:t>
      </w:r>
    </w:p>
    <w:p>
      <w:r>
        <w:rPr>
          <w:b w:val="0"/>
          <w:i w:val="0"/>
        </w:rPr>
        <w:t>#marriage #marriageadvice</w:t>
      </w:r>
    </w:p>
    <w:p>
      <w:r>
        <w:rPr>
          <w:b w:val="0"/>
          <w:i/>
        </w:rPr>
        <w:t>Notes: Under 280 characters with a full HopLink. Works well as a reply when a conversation about arguing is going around.</w:t>
      </w:r>
    </w:p>
    <w:p>
      <w:pPr>
        <w:pStyle w:val="Heading2"/>
      </w:pPr>
      <w:r>
        <w:rPr>
          <w:color w:val="182849"/>
        </w:rPr>
        <w:t>Post 31: Short video, script (Jane's story)</w:t>
      </w:r>
    </w:p>
    <w:p>
      <w:r>
        <w:rPr>
          <w:b w:val="0"/>
          <w:i w:val="0"/>
        </w:rPr>
        <w:t>Hook (on screen and spoken): Married fourteen years, two kids, and one night he came home and asked for a divorce.</w:t>
      </w:r>
    </w:p>
    <w:p>
      <w:r>
        <w:rPr>
          <w:b w:val="0"/>
          <w:i w:val="0"/>
        </w:rPr>
        <w:t>That's what happened to Jane, the best friend of relationship writer Amy Waterman.</w:t>
      </w:r>
    </w:p>
    <w:p>
      <w:r>
        <w:rPr>
          <w:b w:val="0"/>
          <w:i w:val="0"/>
        </w:rPr>
        <w:t>Jane couldn't eat or sleep. She rang Amy in tears.</w:t>
      </w:r>
    </w:p>
    <w:p>
      <w:r>
        <w:rPr>
          <w:b w:val="0"/>
          <w:i w:val="0"/>
        </w:rPr>
        <w:t>Amy taught her everything she knew. Jane stopped begging, stopped blaming, and did things that felt backwards at first.</w:t>
      </w:r>
    </w:p>
    <w:p>
      <w:r>
        <w:rPr>
          <w:b w:val="0"/>
          <w:i w:val="0"/>
        </w:rPr>
        <w:t>A few months later, Jane and her husband walked into Amy's party hand in hand.</w:t>
      </w:r>
    </w:p>
    <w:p>
      <w:r>
        <w:rPr>
          <w:b w:val="0"/>
          <w:i w:val="0"/>
        </w:rPr>
        <w:t>Amy wrote down what she taught Jane. It became a course called Save My Marriage Today!</w:t>
      </w:r>
    </w:p>
    <w:p>
      <w:r>
        <w:rPr>
          <w:b w:val="0"/>
          <w:i w:val="0"/>
        </w:rPr>
        <w:t>[Say one honest sentence about what you took from Jane's story]</w:t>
      </w:r>
    </w:p>
    <w:p>
      <w:r>
        <w:rPr>
          <w:b w:val="0"/>
          <w:i w:val="0"/>
        </w:rPr>
        <w:t>Link's in my bio. It's an affiliate link.</w:t>
      </w:r>
    </w:p>
    <w:p>
      <w:r>
        <w:rPr>
          <w:b w:val="0"/>
          <w:i w:val="0"/>
        </w:rPr>
        <w:t>Spoken disclosure at the start or end: "This is a paid link, I earn a commission if you buy."</w:t>
      </w:r>
    </w:p>
    <w:p>
      <w:r>
        <w:rPr>
          <w:b w:val="0"/>
          <w:i w:val="0"/>
        </w:rPr>
        <w:t>#marriage #marriageadvice #savemymarriage #relationshipadvice</w:t>
      </w:r>
    </w:p>
    <w:p>
      <w:r>
        <w:rPr>
          <w:b w:val="0"/>
          <w:i/>
        </w:rPr>
        <w:t>Notes: About 35 seconds for TikTok, Reels or Shorts. Turn on the platform's paid-partnership or branded-content label as well. HopLink for your bio: {{AFFILIATE_LINK}}</w:t>
      </w:r>
    </w:p>
    <w:p>
      <w:pPr>
        <w:pStyle w:val="Heading2"/>
      </w:pPr>
      <w:r>
        <w:rPr>
          <w:color w:val="182849"/>
        </w:rPr>
        <w:t>Post 32: Short video, script (The divorce lines)</w:t>
      </w:r>
    </w:p>
    <w:p>
      <w:r>
        <w:rPr>
          <w:b w:val="0"/>
          <w:i w:val="0"/>
        </w:rPr>
        <w:t>Hook (on screen and spoken): "We've grown apart." "You've changed." It might not be the real reason.</w:t>
      </w:r>
    </w:p>
    <w:p>
      <w:r>
        <w:rPr>
          <w:b w:val="0"/>
          <w:i w:val="0"/>
        </w:rPr>
        <w:t>Relationship writer Amy Waterman says when someone wants out of a marriage, the reason they give often isn't the whole story.</w:t>
      </w:r>
    </w:p>
    <w:p>
      <w:r>
        <w:rPr>
          <w:b w:val="0"/>
          <w:i w:val="0"/>
        </w:rPr>
        <w:t>Sometimes they don't want to hurt you. Sometimes they don't want to look bad. And sometimes they don't fully understand the real reason themselves.</w:t>
      </w:r>
    </w:p>
    <w:p>
      <w:r>
        <w:rPr>
          <w:b w:val="0"/>
          <w:i w:val="0"/>
        </w:rPr>
        <w:t>Her course, Save My Marriage Today!, is about digging beneath those lines to what's really going on, so you stop having the same argument over and over.</w:t>
      </w:r>
    </w:p>
    <w:p>
      <w:r>
        <w:rPr>
          <w:b w:val="0"/>
          <w:i w:val="0"/>
        </w:rPr>
        <w:t>[Say one honest sentence about why this rang true for you]</w:t>
      </w:r>
    </w:p>
    <w:p>
      <w:r>
        <w:rPr>
          <w:b w:val="0"/>
          <w:i w:val="0"/>
        </w:rPr>
        <w:t>Link's in my bio, and it's an affiliate link.</w:t>
      </w:r>
    </w:p>
    <w:p>
      <w:r>
        <w:rPr>
          <w:b w:val="0"/>
          <w:i w:val="0"/>
        </w:rPr>
        <w:t>#marriage #marriageadvice #relationshipadvice</w:t>
      </w:r>
    </w:p>
    <w:p>
      <w:r>
        <w:rPr>
          <w:b w:val="0"/>
          <w:i/>
        </w:rPr>
        <w:t>Notes: About 30 seconds. Show each quoted line as on-screen text. HopLink for your bio: {{AFFILIATE_LINK}}</w:t>
      </w:r>
    </w:p>
    <w:p>
      <w:pPr>
        <w:pStyle w:val="Heading2"/>
      </w:pPr>
      <w:r>
        <w:rPr>
          <w:color w:val="182849"/>
        </w:rPr>
        <w:t>Post 33: Short video, script (Starting alone)</w:t>
      </w:r>
    </w:p>
    <w:p>
      <w:r>
        <w:rPr>
          <w:b w:val="0"/>
          <w:i w:val="0"/>
        </w:rPr>
        <w:t>Hook (on screen and spoken): What if you're the only one trying to save your marriage?</w:t>
      </w:r>
    </w:p>
    <w:p>
      <w:r>
        <w:rPr>
          <w:b w:val="0"/>
          <w:i w:val="0"/>
        </w:rPr>
        <w:t>Plenty of marriage advice only works if both of you are on board.</w:t>
      </w:r>
    </w:p>
    <w:p>
      <w:r>
        <w:rPr>
          <w:b w:val="0"/>
          <w:i w:val="0"/>
        </w:rPr>
        <w:t>Save My Marriage Today! was written so you can start alone. It has 38 exercises, and every one is marked either "Do Yourself" or "Do Together".</w:t>
      </w:r>
    </w:p>
    <w:p>
      <w:r>
        <w:rPr>
          <w:b w:val="0"/>
          <w:i w:val="0"/>
        </w:rPr>
        <w:t>The "Do Yourself" ones are for exactly this: when your husband or wife won't talk, won't read, won't go to counseling, and you still want to try.</w:t>
      </w:r>
    </w:p>
    <w:p>
      <w:r>
        <w:rPr>
          <w:b w:val="0"/>
          <w:i w:val="0"/>
        </w:rPr>
        <w:t>[Say one honest sentence about why this matters]</w:t>
      </w:r>
    </w:p>
    <w:p>
      <w:r>
        <w:rPr>
          <w:b w:val="0"/>
          <w:i w:val="0"/>
        </w:rPr>
        <w:t>Link's in my bio. It's an affiliate link.</w:t>
      </w:r>
    </w:p>
    <w:p>
      <w:r>
        <w:rPr>
          <w:b w:val="0"/>
          <w:i w:val="0"/>
        </w:rPr>
        <w:t>Spoken disclosure at the start or end: "This is a paid link, I earn a commission if you buy."</w:t>
      </w:r>
    </w:p>
    <w:p>
      <w:r>
        <w:rPr>
          <w:b w:val="0"/>
          <w:i w:val="0"/>
        </w:rPr>
        <w:t>#marriage #marriageadvice #savemymarriage</w:t>
      </w:r>
    </w:p>
    <w:p>
      <w:r>
        <w:rPr>
          <w:b w:val="0"/>
          <w:i/>
        </w:rPr>
        <w:t>Notes: About 25 seconds. Film it while you write in a notebook. Organic videos may speak to the viewer directly; if you boost it as a paid ad on Meta, rewrite the hook in the third person. HopLink for your bio: {{AFFILIATE_LINK}}</w:t>
      </w:r>
    </w:p>
    <w:p>
      <w:pPr>
        <w:pStyle w:val="Heading2"/>
      </w:pPr>
      <w:r>
        <w:rPr>
          <w:color w:val="182849"/>
        </w:rPr>
        <w:t>Post 34: YouTube, description (Starting alone)</w:t>
      </w:r>
    </w:p>
    <w:p>
      <w:r>
        <w:rPr>
          <w:b w:val="0"/>
          <w:i w:val="0"/>
        </w:rPr>
        <w:t>Disclosure: the links below are affiliate links. If you buy through them I earn a commission, at no extra cost to you.</w:t>
      </w:r>
    </w:p>
    <w:p>
      <w:r>
        <w:rPr>
          <w:b w:val="0"/>
          <w:i w:val="0"/>
        </w:rPr>
        <w:t>Save My Marriage Today! by Amy Waterman:</w:t>
        <w:br/>
        <w:t>{{AFFILIATE_LINK}}</w:t>
      </w:r>
    </w:p>
    <w:p>
      <w:r>
        <w:rPr>
          <w:b w:val="0"/>
          <w:i w:val="0"/>
        </w:rPr>
        <w:t>In this video I talk about saving a marriage when you're the only one trying. Save My Marriage Today! has 38 exercises, each marked "Do Yourself" or "Do Together", so you can start even if your spouse won't take part. The order includes Book 2 for marriages in extreme crisis, a personal email consultation and five bonus ebooks, for $49.95 with a 60-day money-back guarantee.</w:t>
      </w:r>
    </w:p>
    <w:p>
      <w:r>
        <w:rPr>
          <w:b w:val="0"/>
          <w:i w:val="0"/>
        </w:rPr>
        <w:t>[Add your chapter times here, such as 0:00 Intro, 1:20 Why one person can start]</w:t>
      </w:r>
    </w:p>
    <w:p>
      <w:r>
        <w:rPr>
          <w:b w:val="0"/>
          <w:i w:val="0"/>
        </w:rPr>
        <w:t>Not ready to buy? The free 6-part course: {{FREE_COURSE_LINK}}</w:t>
      </w:r>
    </w:p>
    <w:p>
      <w:r>
        <w:rPr>
          <w:b w:val="0"/>
          <w:i w:val="0"/>
        </w:rPr>
        <w:t>Pinned comment: The course I mention in this video is here (affiliate link): {{AFFILIATE_LINK}}</w:t>
      </w:r>
    </w:p>
    <w:p>
      <w:r>
        <w:rPr>
          <w:b w:val="0"/>
          <w:i w:val="0"/>
        </w:rPr>
        <w:t>#marriageadvice #savemymarriage #marriagehelp</w:t>
      </w:r>
    </w:p>
    <w:p>
      <w:r>
        <w:rPr>
          <w:b w:val="0"/>
          <w:i/>
        </w:rPr>
        <w:t>Notes: Say the disclosure out loud early in the video too, and tick "Includes paid promotion" in YouTube Studio.</w:t>
      </w:r>
    </w:p>
    <w:p>
      <w:r>
        <w:br w:type="page"/>
      </w:r>
    </w:p>
    <w:p>
      <w:pPr>
        <w:pStyle w:val="Heading1"/>
      </w:pPr>
      <w:r>
        <w:rPr>
          <w:color w:val="182849"/>
        </w:rPr>
        <w:t>Part 3: Hooks (15 angles)</w:t>
      </w:r>
    </w:p>
    <w:p>
      <w:pPr>
        <w:pStyle w:val="Heading2"/>
      </w:pPr>
      <w:r>
        <w:rPr>
          <w:color w:val="182849"/>
        </w:rPr>
        <w:t>The seven mistakes</w:t>
      </w:r>
    </w:p>
    <w:p>
      <w:r>
        <w:rPr>
          <w:b w:val="0"/>
          <w:i/>
        </w:rPr>
        <w:t>Use it for readers in the first days after a spouse has said they want out, when people act fast and say the wrong things.</w:t>
      </w:r>
    </w:p>
    <w:p>
      <w:pPr>
        <w:pStyle w:val="ListBullet"/>
      </w:pPr>
      <w:r>
        <w:t>Seven things people do in the first week of a marriage crisis, and why each one makes it harder</w:t>
      </w:r>
    </w:p>
    <w:p>
      <w:pPr>
        <w:pStyle w:val="ListBullet"/>
      </w:pPr>
      <w:r>
        <w:t>The most natural reaction to "I want a divorce" is on a list of mistakes. So is the second most natural.</w:t>
      </w:r>
    </w:p>
    <w:p>
      <w:pPr>
        <w:pStyle w:val="ListBullet"/>
      </w:pPr>
      <w:r>
        <w:t>Mistake number one feels like the most natural thing in the world: trying to fix it as quickly as possible.</w:t>
      </w:r>
    </w:p>
    <w:p>
      <w:pPr>
        <w:pStyle w:val="ListBullet"/>
      </w:pPr>
      <w:r>
        <w:t>Before you say another word to your spouse, read this list of seven mistakes.</w:t>
      </w:r>
    </w:p>
    <w:p>
      <w:pPr>
        <w:pStyle w:val="ListBullet"/>
      </w:pPr>
      <w:r>
        <w:t>"It wasn't me" is the second mistake on the list, and the reason will make you wince.</w:t>
      </w:r>
    </w:p>
    <w:p>
      <w:pPr>
        <w:pStyle w:val="ListBullet"/>
      </w:pPr>
      <w:r>
        <w:t>There are seven classic mistakes in a marriage crisis, and it's easy to make three of them before lunch.</w:t>
      </w:r>
    </w:p>
    <w:p>
      <w:r>
        <w:rPr>
          <w:b w:val="0"/>
          <w:i w:val="0"/>
        </w:rPr>
        <w:t>Follow-up: Amy Waterman's Save My Marriage Today! gives a whole chapter to these seven mistakes, from rushing to fix everything to wishing you had your old life back, and shows what to do in place of each one. The course is $49.95 with a 60-day money-back guarantee (affiliate link): {{AFFILIATE_LINK}}</w:t>
      </w:r>
    </w:p>
    <w:p>
      <w:pPr>
        <w:pStyle w:val="Heading2"/>
      </w:pPr>
      <w:r>
        <w:rPr>
          <w:color w:val="182849"/>
        </w:rPr>
        <w:t>Stop begging</w:t>
      </w:r>
    </w:p>
    <w:p>
      <w:r>
        <w:rPr>
          <w:b w:val="0"/>
          <w:i/>
        </w:rPr>
        <w:t>Use it for readers who have just heard their spouse wants out and are pleading, calling and promising to change.</w:t>
      </w:r>
    </w:p>
    <w:p>
      <w:pPr>
        <w:pStyle w:val="ListBullet"/>
      </w:pPr>
      <w:r>
        <w:t>Pleading with a spouse to stay feels like love. To the one who wants out, it can sound like something else entirely.</w:t>
      </w:r>
    </w:p>
    <w:p>
      <w:pPr>
        <w:pStyle w:val="ListBullet"/>
      </w:pPr>
      <w:r>
        <w:t>"I'll change, I promise" is the sentence this marriage course asks you not to rush into.</w:t>
      </w:r>
    </w:p>
    <w:p>
      <w:pPr>
        <w:pStyle w:val="ListBullet"/>
      </w:pPr>
      <w:r>
        <w:t>Jane's first instinct was to beg. Her best friend, Amy Waterman, talked her into doing something else.</w:t>
      </w:r>
    </w:p>
    <w:p>
      <w:pPr>
        <w:pStyle w:val="ListBullet"/>
      </w:pPr>
      <w:r>
        <w:t>He kept calling, emailing and chasing her for answers. Later he wrote: "Unwittingly I was making it worse."</w:t>
      </w:r>
    </w:p>
    <w:p>
      <w:pPr>
        <w:pStyle w:val="ListBullet"/>
      </w:pPr>
      <w:r>
        <w:t>Why "I'm sorry, I'll do anything" can push a spouse further out the door</w:t>
      </w:r>
    </w:p>
    <w:p>
      <w:pPr>
        <w:pStyle w:val="ListBullet"/>
      </w:pPr>
      <w:r>
        <w:t>Begging for forgiveness is mistake number three. Here's what to do with that urge instead.</w:t>
      </w:r>
    </w:p>
    <w:p>
      <w:r>
        <w:rPr>
          <w:b w:val="0"/>
          <w:i w:val="0"/>
        </w:rPr>
        <w:t>Follow-up: In Save My Marriage Today!, Amy Waterman explains why begging and promising to change backfire in a crisis, and what to do with those first days instead. Her best friend Jane resisted the urge to beg, blame or play the victim, and that is where Jane's turnaround began (affiliate link): {{AFFILIATE_LINK}}</w:t>
      </w:r>
    </w:p>
    <w:p>
      <w:pPr>
        <w:pStyle w:val="Heading2"/>
      </w:pPr>
      <w:r>
        <w:rPr>
          <w:color w:val="182849"/>
        </w:rPr>
        <w:t>Trial separation</w:t>
      </w:r>
    </w:p>
    <w:p>
      <w:r>
        <w:rPr>
          <w:b w:val="0"/>
          <w:i/>
        </w:rPr>
        <w:t>Use it when your audience is talking about needing space, moving out for a while or taking a break.</w:t>
      </w:r>
    </w:p>
    <w:p>
      <w:pPr>
        <w:pStyle w:val="ListBullet"/>
      </w:pPr>
      <w:r>
        <w:t>"Let's have some time apart to think" sounds sensible. This marriage course puts it on a list of mistakes.</w:t>
      </w:r>
    </w:p>
    <w:p>
      <w:pPr>
        <w:pStyle w:val="ListBullet"/>
      </w:pPr>
      <w:r>
        <w:t>Read this before anyone in the house suggests a trial separation.</w:t>
      </w:r>
    </w:p>
    <w:p>
      <w:pPr>
        <w:pStyle w:val="ListBullet"/>
      </w:pPr>
      <w:r>
        <w:t>A trial separation feels like a pause button. Amy Waterman explains why it isn't one.</w:t>
      </w:r>
    </w:p>
    <w:p>
      <w:pPr>
        <w:pStyle w:val="ListBullet"/>
      </w:pPr>
      <w:r>
        <w:t>Mistake number six: suggesting a trial separation. The reasoning is worth five minutes of your time.</w:t>
      </w:r>
    </w:p>
    <w:p>
      <w:pPr>
        <w:pStyle w:val="ListBullet"/>
      </w:pPr>
      <w:r>
        <w:t>Before you pack a bag "to give each other space", read what this course says about space.</w:t>
      </w:r>
    </w:p>
    <w:p>
      <w:pPr>
        <w:pStyle w:val="ListBullet"/>
      </w:pPr>
      <w:r>
        <w:t>The same course that warns against trial separations has a chapter on how time apart can help. The difference matters.</w:t>
      </w:r>
    </w:p>
    <w:p>
      <w:r>
        <w:rPr>
          <w:b w:val="0"/>
          <w:i w:val="0"/>
        </w:rPr>
        <w:t>Follow-up: Save My Marriage Today! lists suggesting a trial separation among the seven mistakes people make in a marriage crisis, and a separate chapter shows how to take your own space without offending your partner. Read it before anyone packs a bag (affiliate link): {{AFFILIATE_LINK}}</w:t>
      </w:r>
    </w:p>
    <w:p>
      <w:pPr>
        <w:pStyle w:val="Heading2"/>
      </w:pPr>
      <w:r>
        <w:rPr>
          <w:color w:val="182849"/>
        </w:rPr>
        <w:t>"I love you but I'm not in love with you"</w:t>
      </w:r>
    </w:p>
    <w:p>
      <w:r>
        <w:rPr>
          <w:b w:val="0"/>
          <w:i/>
        </w:rPr>
        <w:t>Use it for readers who have heard this exact sentence, or who feel the spark has gone out of a long marriage.</w:t>
      </w:r>
    </w:p>
    <w:p>
      <w:pPr>
        <w:pStyle w:val="ListBullet"/>
      </w:pPr>
      <w:r>
        <w:t>"I love you but I'm not in love with you." There is more under that sentence than it seems.</w:t>
      </w:r>
    </w:p>
    <w:p>
      <w:pPr>
        <w:pStyle w:val="ListBullet"/>
      </w:pPr>
      <w:r>
        <w:t>The sentence that ends so many marriages may not mean what it seems to mean.</w:t>
      </w:r>
    </w:p>
    <w:p>
      <w:pPr>
        <w:pStyle w:val="ListBullet"/>
      </w:pPr>
      <w:r>
        <w:t>Believing "I'm not in love with you anymore" means it's over is one of seven mistakes in a crisis.</w:t>
      </w:r>
    </w:p>
    <w:p>
      <w:pPr>
        <w:pStyle w:val="ListBullet"/>
      </w:pPr>
      <w:r>
        <w:t>What to do in the week after a spouse says they're not in love any more</w:t>
      </w:r>
    </w:p>
    <w:p>
      <w:pPr>
        <w:pStyle w:val="ListBullet"/>
      </w:pPr>
      <w:r>
        <w:t>A marriage course with a whole chapter on getting a spouse to fall back in love with you</w:t>
      </w:r>
    </w:p>
    <w:p>
      <w:pPr>
        <w:pStyle w:val="ListBullet"/>
      </w:pPr>
      <w:r>
        <w:t>Love that has gone quiet is not the same as love that has gone.</w:t>
      </w:r>
    </w:p>
    <w:p>
      <w:r>
        <w:rPr>
          <w:b w:val="0"/>
          <w:i w:val="0"/>
        </w:rPr>
        <w:t>Follow-up: Amy Waterman's letter puts this line first among the things spouses say when they want out, and her course explains why none of them has to mean the end of a marriage. Chapter 19 of Save My Marriage Today! is about getting your spouse to fall back in love with you (affiliate link): {{AFFILIATE_LINK}}</w:t>
      </w:r>
    </w:p>
    <w:p>
      <w:pPr>
        <w:pStyle w:val="Heading2"/>
      </w:pPr>
      <w:r>
        <w:rPr>
          <w:color w:val="182849"/>
        </w:rPr>
        <w:t>The Love Bank and respect</w:t>
      </w:r>
    </w:p>
    <w:p>
      <w:r>
        <w:rPr>
          <w:b w:val="0"/>
          <w:i/>
        </w:rPr>
        <w:t>Use it for married audiences who feel taken for granted, or for an everyday post that isn't about crisis at all.</w:t>
      </w:r>
    </w:p>
    <w:p>
      <w:pPr>
        <w:pStyle w:val="ListBullet"/>
      </w:pPr>
      <w:r>
        <w:t>Every marriage has a bank account that never shows up on a statement.</w:t>
      </w:r>
    </w:p>
    <w:p>
      <w:pPr>
        <w:pStyle w:val="ListBullet"/>
      </w:pPr>
      <w:r>
        <w:t>The chapter one reader called "a brilliant concept" is about a bank. Not that kind.</w:t>
      </w:r>
    </w:p>
    <w:p>
      <w:pPr>
        <w:pStyle w:val="ListBullet"/>
      </w:pPr>
      <w:r>
        <w:t>Chapter 6 of a marriage course has a list of things not to say. It's worth reading before tonight.</w:t>
      </w:r>
    </w:p>
    <w:p>
      <w:pPr>
        <w:pStyle w:val="ListBullet"/>
      </w:pPr>
      <w:r>
        <w:t>Respect gets lost quietly in a marriage. One chapter is about finding it again.</w:t>
      </w:r>
    </w:p>
    <w:p>
      <w:pPr>
        <w:pStyle w:val="ListBullet"/>
      </w:pPr>
      <w:r>
        <w:t>What's the balance in your marriage's Love Bank today?</w:t>
      </w:r>
    </w:p>
    <w:p>
      <w:pPr>
        <w:pStyle w:val="ListBullet"/>
      </w:pPr>
      <w:r>
        <w:t>Kind words go in. Hurtful words come out. When did you last check the balance?</w:t>
      </w:r>
    </w:p>
    <w:p>
      <w:r>
        <w:rPr>
          <w:b w:val="0"/>
          <w:i w:val="0"/>
        </w:rPr>
        <w:t>Follow-up: In Save My Marriage Today!, Amy Waterman describes the Love Bank, the deposits and withdrawals every couple makes with each other, along with what not to say and how to rediscover respect. Steven B. from Virginia, USA, wrote: "I like the chapter on the Love Bank, its a brilliant concept." (affiliate link) {{AFFILIATE_LINK}}</w:t>
      </w:r>
    </w:p>
    <w:p>
      <w:pPr>
        <w:pStyle w:val="Heading2"/>
      </w:pPr>
      <w:r>
        <w:rPr>
          <w:color w:val="182849"/>
        </w:rPr>
        <w:t>Starting alone</w:t>
      </w:r>
    </w:p>
    <w:p>
      <w:r>
        <w:rPr>
          <w:b w:val="0"/>
          <w:i/>
        </w:rPr>
        <w:t>Use it for readers whose spouse refuses counseling, won't read anything and won't talk about the marriage.</w:t>
      </w:r>
    </w:p>
    <w:p>
      <w:pPr>
        <w:pStyle w:val="ListBullet"/>
      </w:pPr>
      <w:r>
        <w:t>What can one person do when the other has stopped trying? More than they think.</w:t>
      </w:r>
    </w:p>
    <w:p>
      <w:pPr>
        <w:pStyle w:val="ListBullet"/>
      </w:pPr>
      <w:r>
        <w:t>Many of the exercises in this marriage course are marked "Do Yourself", and that's deliberate.</w:t>
      </w:r>
    </w:p>
    <w:p>
      <w:pPr>
        <w:pStyle w:val="ListBullet"/>
      </w:pPr>
      <w:r>
        <w:t>You don't need your spouse's permission to start saving your marriage.</w:t>
      </w:r>
    </w:p>
    <w:p>
      <w:pPr>
        <w:pStyle w:val="ListBullet"/>
      </w:pPr>
      <w:r>
        <w:t>The marriage course written for the spouse who is trying on their own</w:t>
      </w:r>
    </w:p>
    <w:p>
      <w:pPr>
        <w:pStyle w:val="ListBullet"/>
      </w:pPr>
      <w:r>
        <w:t>Your spouse won't read the book? The exercises marked "Do Yourself" were written for exactly that.</w:t>
      </w:r>
    </w:p>
    <w:p>
      <w:pPr>
        <w:pStyle w:val="ListBullet"/>
      </w:pPr>
      <w:r>
        <w:t>One reader wrote: "I understand the better thing is to change myself instead of my spouse."</w:t>
      </w:r>
    </w:p>
    <w:p>
      <w:r>
        <w:rPr>
          <w:b w:val="0"/>
          <w:i w:val="0"/>
        </w:rPr>
        <w:t>Follow-up: Save My Marriage Today! has 38 exercises, each marked "Do Yourself" or "Do Together", so you can start today even if your spouse won't take part. Amy Waterman is clear that saving a marriage can begin with one person (affiliate link): {{AFFILIATE_LINK}}</w:t>
      </w:r>
    </w:p>
    <w:p>
      <w:pPr>
        <w:pStyle w:val="Heading2"/>
      </w:pPr>
      <w:r>
        <w:rPr>
          <w:color w:val="182849"/>
        </w:rPr>
        <w:t>Affair recovery from both sides</w:t>
      </w:r>
    </w:p>
    <w:p>
      <w:r>
        <w:rPr>
          <w:b w:val="0"/>
          <w:i/>
        </w:rPr>
        <w:t>Use it for readers dealing with infidelity, whether they were cheated on or were the one who cheated.</w:t>
      </w:r>
    </w:p>
    <w:p>
      <w:pPr>
        <w:pStyle w:val="ListBullet"/>
      </w:pPr>
      <w:r>
        <w:t>After an affair, the one who was cheated on and the one who cheated need different things. One chapter covers both.</w:t>
      </w:r>
    </w:p>
    <w:p>
      <w:pPr>
        <w:pStyle w:val="ListBullet"/>
      </w:pPr>
      <w:r>
        <w:t>"You can really survive an affair!" Rhonda K. wrote that after her husband's affair.</w:t>
      </w:r>
    </w:p>
    <w:p>
      <w:pPr>
        <w:pStyle w:val="ListBullet"/>
      </w:pPr>
      <w:r>
        <w:t>Chapter 17 is called How to Stop Cheating Dead in Its Tracks. It has four steps.</w:t>
      </w:r>
    </w:p>
    <w:p>
      <w:pPr>
        <w:pStyle w:val="ListBullet"/>
      </w:pPr>
      <w:r>
        <w:t>Stay or go after an affair? Read the chapter that asks that question before you decide.</w:t>
      </w:r>
    </w:p>
    <w:p>
      <w:pPr>
        <w:pStyle w:val="ListBullet"/>
      </w:pPr>
      <w:r>
        <w:t>If you were the one who cheated, there's a part of this course written for you too.</w:t>
      </w:r>
    </w:p>
    <w:p>
      <w:pPr>
        <w:pStyle w:val="ListBullet"/>
      </w:pPr>
      <w:r>
        <w:t>How do you approach intimacy again after an affair? One chapter takes it on directly.</w:t>
      </w:r>
    </w:p>
    <w:p>
      <w:r>
        <w:rPr>
          <w:b w:val="0"/>
          <w:i w:val="0"/>
        </w:rPr>
        <w:t>Follow-up: Save My Marriage Today! covers infidelity from both sides. Book 2's chapter The Anatomy of an Affair looks at it as the one who was cheated on and as the one who cheated, and the main book has a 4-step formula to stop cheating. Book 2 comes with the course (affiliate link): {{AFFILIATE_LINK}}</w:t>
      </w:r>
    </w:p>
    <w:p>
      <w:pPr>
        <w:pStyle w:val="Heading2"/>
      </w:pPr>
      <w:r>
        <w:rPr>
          <w:color w:val="182849"/>
        </w:rPr>
        <w:t>The 5 stages of crisis</w:t>
      </w:r>
    </w:p>
    <w:p>
      <w:r>
        <w:rPr>
          <w:b w:val="0"/>
          <w:i/>
        </w:rPr>
        <w:t>Use it for readers who feel the crisis is endless, or whose marriage is under strain from addiction, depression or grief.</w:t>
      </w:r>
    </w:p>
    <w:p>
      <w:pPr>
        <w:pStyle w:val="ListBullet"/>
      </w:pPr>
      <w:r>
        <w:t>A marriage crisis has five stages, according to Amy Waterman. Which one are you in right now?</w:t>
      </w:r>
    </w:p>
    <w:p>
      <w:pPr>
        <w:pStyle w:val="ListBullet"/>
      </w:pPr>
      <w:r>
        <w:t>Knowing which stage of a crisis you're in tells you which move to make next.</w:t>
      </w:r>
    </w:p>
    <w:p>
      <w:pPr>
        <w:pStyle w:val="ListBullet"/>
      </w:pPr>
      <w:r>
        <w:t>Drink, gambling, depression or a death in the family: the crises that hit a marriage from outside</w:t>
      </w:r>
    </w:p>
    <w:p>
      <w:pPr>
        <w:pStyle w:val="ListBullet"/>
      </w:pPr>
      <w:r>
        <w:t>The crisis feels endless. It has stages, and they can be handled one at a time.</w:t>
      </w:r>
    </w:p>
    <w:p>
      <w:pPr>
        <w:pStyle w:val="ListBullet"/>
      </w:pPr>
      <w:r>
        <w:t>Grief, addiction, depression: the outside pressures that test a marriage, and what to do about them</w:t>
      </w:r>
    </w:p>
    <w:p>
      <w:pPr>
        <w:pStyle w:val="ListBullet"/>
      </w:pPr>
      <w:r>
        <w:t>Stage by stage: a marriage course that maps out what happens in a crisis</w:t>
      </w:r>
    </w:p>
    <w:p>
      <w:r>
        <w:rPr>
          <w:b w:val="0"/>
          <w:i w:val="0"/>
        </w:rPr>
        <w:t>Follow-up: Chapter 13 of Save My Marriage Today! sets out the 5 stages of crisis and how to handle each one, along with alcohol, drug and gambling dependency, depression and death. It's one of 20 chapters in a 158-page course (affiliate link): {{AFFILIATE_LINK}}</w:t>
      </w:r>
    </w:p>
    <w:p>
      <w:pPr>
        <w:pStyle w:val="Heading2"/>
      </w:pPr>
      <w:r>
        <w:rPr>
          <w:color w:val="182849"/>
        </w:rPr>
        <w:t>Money fights</w:t>
      </w:r>
    </w:p>
    <w:p>
      <w:r>
        <w:rPr>
          <w:b w:val="0"/>
          <w:i/>
        </w:rPr>
        <w:t>Use it for money, budgeting and family-finance audiences, where marriage strain often shows up as arguments about bills.</w:t>
      </w:r>
    </w:p>
    <w:p>
      <w:pPr>
        <w:pStyle w:val="ListBullet"/>
      </w:pPr>
      <w:r>
        <w:t>The same money argument, every month, almost word for word. There's a chapter on breaking that pattern.</w:t>
      </w:r>
    </w:p>
    <w:p>
      <w:pPr>
        <w:pStyle w:val="ListBullet"/>
      </w:pPr>
      <w:r>
        <w:t>Why does the same argument about money keep coming round? One chapter takes it apart.</w:t>
      </w:r>
    </w:p>
    <w:p>
      <w:pPr>
        <w:pStyle w:val="ListBullet"/>
      </w:pPr>
      <w:r>
        <w:t>Money and sex: the two arguments that come round again and again</w:t>
      </w:r>
    </w:p>
    <w:p>
      <w:pPr>
        <w:pStyle w:val="ListBullet"/>
      </w:pPr>
      <w:r>
        <w:t>A marriage course gave money a chapter of its own. It's called The Power of Money.</w:t>
      </w:r>
    </w:p>
    <w:p>
      <w:pPr>
        <w:pStyle w:val="ListBullet"/>
      </w:pPr>
      <w:r>
        <w:t>Before the next conversation about the bank balance, read this.</w:t>
      </w:r>
    </w:p>
    <w:p>
      <w:pPr>
        <w:pStyle w:val="ListBullet"/>
      </w:pPr>
      <w:r>
        <w:t>When every bill turns into a fight, the bill may not be the real problem.</w:t>
      </w:r>
    </w:p>
    <w:p>
      <w:r>
        <w:rPr>
          <w:b w:val="0"/>
          <w:i w:val="0"/>
        </w:rPr>
        <w:t>Follow-up: Save My Marriage Today! has a chapter called The Power of Money, with techniques that stop the same arguments coming round again and again, and a chapter on becoming a team again, even if right now you feel you are fighting on opposite sides (affiliate link): {{AFFILIATE_LINK}}</w:t>
      </w:r>
    </w:p>
    <w:p>
      <w:pPr>
        <w:pStyle w:val="Heading2"/>
      </w:pPr>
      <w:r>
        <w:rPr>
          <w:color w:val="182849"/>
        </w:rPr>
        <w:t>In-laws and outsiders</w:t>
      </w:r>
    </w:p>
    <w:p>
      <w:r>
        <w:rPr>
          <w:b w:val="0"/>
          <w:i/>
        </w:rPr>
        <w:t>Use it for family and parenting audiences, or anyone talking about interfering in-laws, meddling friends or an ex who won't fade away.</w:t>
      </w:r>
    </w:p>
    <w:p>
      <w:pPr>
        <w:pStyle w:val="ListBullet"/>
      </w:pPr>
      <w:r>
        <w:t>Some marriages have more than two people in them, and nobody has had an affair.</w:t>
      </w:r>
    </w:p>
    <w:p>
      <w:pPr>
        <w:pStyle w:val="ListBullet"/>
      </w:pPr>
      <w:r>
        <w:t>The myths about in-laws that quietly strain a marriage</w:t>
      </w:r>
    </w:p>
    <w:p>
      <w:pPr>
        <w:pStyle w:val="ListBullet"/>
      </w:pPr>
      <w:r>
        <w:t>A friend who keeps running down your spouse can do real damage. There's a section on that.</w:t>
      </w:r>
    </w:p>
    <w:p>
      <w:pPr>
        <w:pStyle w:val="ListBullet"/>
      </w:pPr>
      <w:r>
        <w:t>The ghost of partners past: when an ex is still somehow in the room</w:t>
      </w:r>
    </w:p>
    <w:p>
      <w:pPr>
        <w:pStyle w:val="ListBullet"/>
      </w:pPr>
      <w:r>
        <w:t>Why getting on with the in-laws matters to a marriage, even when you'd rather not</w:t>
      </w:r>
    </w:p>
    <w:p>
      <w:pPr>
        <w:pStyle w:val="ListBullet"/>
      </w:pPr>
      <w:r>
        <w:t>When Marriage Is More Than Two is the name of a chapter. You may see your own family in it.</w:t>
      </w:r>
    </w:p>
    <w:p>
      <w:r>
        <w:rPr>
          <w:b w:val="0"/>
          <w:i w:val="0"/>
        </w:rPr>
        <w:t>Follow-up: Chapter 11 of Save My Marriage Today!, When Marriage Is More Than Two, covers the myths about in-laws and why a good relationship with them matters, friends who sabotage a marriage, and the ghost of partners past (affiliate link): {{AFFILIATE_LINK}}</w:t>
      </w:r>
    </w:p>
    <w:p>
      <w:pPr>
        <w:pStyle w:val="Heading2"/>
      </w:pPr>
      <w:r>
        <w:rPr>
          <w:color w:val="182849"/>
        </w:rPr>
        <w:t>The plateau and mid-marriage</w:t>
      </w:r>
    </w:p>
    <w:p>
      <w:r>
        <w:rPr>
          <w:b w:val="0"/>
          <w:i/>
        </w:rPr>
        <w:t>Use it for long-married audiences where nothing is wrong exactly, but the marriage has gone flat.</w:t>
      </w:r>
    </w:p>
    <w:p>
      <w:pPr>
        <w:pStyle w:val="ListBullet"/>
      </w:pPr>
      <w:r>
        <w:t>Nothing is wrong, exactly. That's the problem one chapter of this marriage course is about.</w:t>
      </w:r>
    </w:p>
    <w:p>
      <w:pPr>
        <w:pStyle w:val="ListBullet"/>
      </w:pPr>
      <w:r>
        <w:t>No fights, no affair, just two people living side by side. There's a chapter for that.</w:t>
      </w:r>
    </w:p>
    <w:p>
      <w:pPr>
        <w:pStyle w:val="ListBullet"/>
      </w:pPr>
      <w:r>
        <w:t>A marriage has six steps in its life cycle, according to this course. Step three is staking your territories.</w:t>
      </w:r>
    </w:p>
    <w:p>
      <w:pPr>
        <w:pStyle w:val="ListBullet"/>
      </w:pPr>
      <w:r>
        <w:t>When did the two of you last laugh together? Play is in this marriage course for a reason.</w:t>
      </w:r>
    </w:p>
    <w:p>
      <w:pPr>
        <w:pStyle w:val="ListBullet"/>
      </w:pPr>
      <w:r>
        <w:t>Couple rituals, play and laughter: what Amy Waterman suggests for a marriage on a plateau</w:t>
      </w:r>
    </w:p>
    <w:p>
      <w:pPr>
        <w:pStyle w:val="ListBullet"/>
      </w:pPr>
      <w:r>
        <w:t>Long marriages stall too. Here is what one marriage course says to do about it.</w:t>
      </w:r>
    </w:p>
    <w:p>
      <w:r>
        <w:rPr>
          <w:b w:val="0"/>
          <w:i w:val="0"/>
        </w:rPr>
        <w:t>Follow-up: Chapter 14 of Save My Marriage Today! is about the plateau: the mid-marriage crisis, play and laughter, and couple rituals. Chapter 2 maps the six steps in the life cycle of a marriage, from romance and infatuation to commitment (affiliate link): {{AFFILIATE_LINK}}</w:t>
      </w:r>
    </w:p>
    <w:p>
      <w:pPr>
        <w:pStyle w:val="Heading2"/>
      </w:pPr>
      <w:r>
        <w:rPr>
          <w:color w:val="182849"/>
        </w:rPr>
        <w:t>Jane's story: the counter-intuitive first weeks</w:t>
      </w:r>
    </w:p>
    <w:p>
      <w:r>
        <w:rPr>
          <w:b w:val="0"/>
          <w:i/>
        </w:rPr>
        <w:t>Use it as a story opener for any audience, especially readers whose spouse has just asked for a divorce.</w:t>
      </w:r>
    </w:p>
    <w:p>
      <w:pPr>
        <w:pStyle w:val="ListBullet"/>
      </w:pPr>
      <w:r>
        <w:t>Married 14 years, two children, then one night he asked for a divorce. What Jane did next seemed backwards.</w:t>
      </w:r>
    </w:p>
    <w:p>
      <w:pPr>
        <w:pStyle w:val="ListBullet"/>
      </w:pPr>
      <w:r>
        <w:t>Jane's best friend told her to do the reverse of what every instinct was telling her.</w:t>
      </w:r>
    </w:p>
    <w:p>
      <w:pPr>
        <w:pStyle w:val="ListBullet"/>
      </w:pPr>
      <w:r>
        <w:t>A few months after he asked for a divorce, they walked into a party hand in hand.</w:t>
      </w:r>
    </w:p>
    <w:p>
      <w:pPr>
        <w:pStyle w:val="ListBullet"/>
      </w:pPr>
      <w:r>
        <w:t>"Like a honeymoon couple" is how Amy Waterman described them, months after he asked for a divorce.</w:t>
      </w:r>
    </w:p>
    <w:p>
      <w:pPr>
        <w:pStyle w:val="ListBullet"/>
      </w:pPr>
      <w:r>
        <w:t>She learned how much she could do in those first few weeks, even while her husband wasn't responding.</w:t>
      </w:r>
    </w:p>
    <w:p>
      <w:pPr>
        <w:pStyle w:val="ListBullet"/>
      </w:pPr>
      <w:r>
        <w:t>The steps Amy Waterman gave Jane seemed counter-intuitive at first. Then they worked.</w:t>
      </w:r>
    </w:p>
    <w:p>
      <w:r>
        <w:rPr>
          <w:b w:val="0"/>
          <w:i w:val="0"/>
        </w:rPr>
        <w:t>Follow-up: Jane is Amy Waterman's best friend. When Jane's husband Adam asked for a divorce, Amy took her under her wing and taught her everything she knew, and writing it down, refining it and testing it became Save My Marriage Today! (affiliate link) {{AFFILIATE_LINK}}</w:t>
      </w:r>
    </w:p>
    <w:p>
      <w:pPr>
        <w:pStyle w:val="Heading2"/>
      </w:pPr>
      <w:r>
        <w:rPr>
          <w:color w:val="182849"/>
        </w:rPr>
        <w:t>The real reasons behind the divorce lines</w:t>
      </w:r>
    </w:p>
    <w:p>
      <w:r>
        <w:rPr>
          <w:b w:val="0"/>
          <w:i/>
        </w:rPr>
        <w:t>Use it for readers who have been given a reason for leaving that doesn't make sense to them.</w:t>
      </w:r>
    </w:p>
    <w:p>
      <w:pPr>
        <w:pStyle w:val="ListBullet"/>
      </w:pPr>
      <w:r>
        <w:t>"We've grown apart." "You've changed." The reason a spouse gives for leaving may not be the real one.</w:t>
      </w:r>
    </w:p>
    <w:p>
      <w:pPr>
        <w:pStyle w:val="ListBullet"/>
      </w:pPr>
      <w:r>
        <w:t>Sometimes a spouse who wants a divorce doesn't know the real reason themselves.</w:t>
      </w:r>
    </w:p>
    <w:p>
      <w:pPr>
        <w:pStyle w:val="ListBullet"/>
      </w:pPr>
      <w:r>
        <w:t>Most marriage problems aren't caused by a lack of love. Amy Waterman points to something else.</w:t>
      </w:r>
    </w:p>
    <w:p>
      <w:pPr>
        <w:pStyle w:val="ListBullet"/>
      </w:pPr>
      <w:r>
        <w:t>"I'm sick of your nagging!" may not be about the nagging at all.</w:t>
      </w:r>
    </w:p>
    <w:p>
      <w:pPr>
        <w:pStyle w:val="ListBullet"/>
      </w:pPr>
      <w:r>
        <w:t>Eight things spouses say when they want out, and what may be underneath each one</w:t>
      </w:r>
    </w:p>
    <w:p>
      <w:pPr>
        <w:pStyle w:val="ListBullet"/>
      </w:pPr>
      <w:r>
        <w:t>Having the same argument again and again can mean you're arguing about the wrong thing.</w:t>
      </w:r>
    </w:p>
    <w:p>
      <w:r>
        <w:rPr>
          <w:b w:val="0"/>
          <w:i w:val="0"/>
        </w:rPr>
        <w:t>Follow-up: Amy Waterman's view is that the lines spouses use, from "You've changed" to "I'm not in love with you anymore", can hide the real reasons, and Save My Marriage Today! shows how to dig down to them. Book 2's chapter Identify Your Issues is built for exactly that (affiliate link): {{AFFILIATE_LINK}}</w:t>
      </w:r>
    </w:p>
    <w:p>
      <w:pPr>
        <w:pStyle w:val="Heading2"/>
      </w:pPr>
      <w:r>
        <w:rPr>
          <w:color w:val="182849"/>
        </w:rPr>
        <w:t>Conflict and triggers</w:t>
      </w:r>
    </w:p>
    <w:p>
      <w:r>
        <w:rPr>
          <w:b w:val="0"/>
          <w:i/>
        </w:rPr>
        <w:t>Use it for couples who fight a lot, or audiences interested in communication and anger.</w:t>
      </w:r>
    </w:p>
    <w:p>
      <w:pPr>
        <w:pStyle w:val="ListBullet"/>
      </w:pPr>
      <w:r>
        <w:t>Arguing can be good for a marriage. One chapter explains when, and why.</w:t>
      </w:r>
    </w:p>
    <w:p>
      <w:pPr>
        <w:pStyle w:val="ListBullet"/>
      </w:pPr>
      <w:r>
        <w:t>Slam the door, or go silent for a day? There's a third way to end an argument.</w:t>
      </w:r>
    </w:p>
    <w:p>
      <w:pPr>
        <w:pStyle w:val="ListBullet"/>
      </w:pPr>
      <w:r>
        <w:t>Aggressive, passive or assertive: how do you answer when your partner goes on the attack?</w:t>
      </w:r>
    </w:p>
    <w:p>
      <w:pPr>
        <w:pStyle w:val="ListBullet"/>
      </w:pPr>
      <w:r>
        <w:t>What a partner is really doing when they behave irrationally and selfishly in an argument</w:t>
      </w:r>
    </w:p>
    <w:p>
      <w:pPr>
        <w:pStyle w:val="ListBullet"/>
      </w:pPr>
      <w:r>
        <w:t>Know your triggers before the next argument starts.</w:t>
      </w:r>
    </w:p>
    <w:p>
      <w:pPr>
        <w:pStyle w:val="ListBullet"/>
      </w:pPr>
      <w:r>
        <w:t>Under the argument you're having, there may be another one. Here's how to find it.</w:t>
      </w:r>
    </w:p>
    <w:p>
      <w:r>
        <w:rPr>
          <w:b w:val="0"/>
          <w:i w:val="0"/>
        </w:rPr>
        <w:t>Follow-up: Chapter 5 of Save My Marriage Today!, Combating Conflicts, covers negotiation, anger, triggers and the difference between aggressive, assertive and passive responses, with other ways to resolve conflict that leave you both calmer (affiliate link): {{AFFILIATE_LINK}}</w:t>
      </w:r>
    </w:p>
    <w:p>
      <w:pPr>
        <w:pStyle w:val="Heading2"/>
      </w:pPr>
      <w:r>
        <w:rPr>
          <w:color w:val="182849"/>
        </w:rPr>
        <w:t>The free 6-part course</w:t>
      </w:r>
    </w:p>
    <w:p>
      <w:r>
        <w:rPr>
          <w:b w:val="0"/>
          <w:i/>
        </w:rPr>
        <w:t>Use it where a sales link isn't welcome, or for cold audiences who don't know Amy Waterman yet.</w:t>
      </w:r>
    </w:p>
    <w:p>
      <w:pPr>
        <w:pStyle w:val="ListBullet"/>
      </w:pPr>
      <w:r>
        <w:t>Free: the six most common reasons for divorce, one lesson at a time in your inbox</w:t>
      </w:r>
    </w:p>
    <w:p>
      <w:pPr>
        <w:pStyle w:val="ListBullet"/>
      </w:pPr>
      <w:r>
        <w:t>Lesson one says to ignore the risk factors for divorce. Lesson two names the real marriage killer.</w:t>
      </w:r>
    </w:p>
    <w:p>
      <w:pPr>
        <w:pStyle w:val="ListBullet"/>
      </w:pPr>
      <w:r>
        <w:t>Why the risk factors for divorce are worth ignoring, in a free six-part email course</w:t>
      </w:r>
    </w:p>
    <w:p>
      <w:pPr>
        <w:pStyle w:val="ListBullet"/>
      </w:pPr>
      <w:r>
        <w:t>"Your six day course was an eye-opener." Fran C. from Canada wrote that about this free course.</w:t>
      </w:r>
    </w:p>
    <w:p>
      <w:pPr>
        <w:pStyle w:val="ListBullet"/>
      </w:pPr>
      <w:r>
        <w:t>Growing apart is reason number six. A free course shows how to keep it from happening.</w:t>
      </w:r>
    </w:p>
    <w:p>
      <w:pPr>
        <w:pStyle w:val="ListBullet"/>
      </w:pPr>
      <w:r>
        <w:t>Affairs: how to spot them and prevent them before they occur. Part three of a free course.</w:t>
      </w:r>
    </w:p>
    <w:p>
      <w:r>
        <w:rPr>
          <w:b w:val="0"/>
          <w:i w:val="0"/>
        </w:rPr>
        <w:t>Follow-up: The 6 Most Common Reasons For Divorce (And How To Stop Them From Happening To You) is a free 6-part course by email from Save My Marriage Today, covering the risk factors, loss of love and intimacy, affairs, poor communication, lack of commitment and growing apart. It costs nothing to sign up (affiliate link): {{FREE_COURSE_LINK}}</w:t>
      </w:r>
    </w:p>
    <w:p>
      <w:r>
        <w:br w:type="page"/>
      </w:r>
    </w:p>
    <w:p>
      <w:pPr>
        <w:pStyle w:val="Heading1"/>
      </w:pPr>
      <w:r>
        <w:rPr>
          <w:color w:val="182849"/>
        </w:rPr>
        <w:t>Part 4: Social and newsletter ads (18)</w:t>
      </w:r>
    </w:p>
    <w:p>
      <w:pPr>
        <w:pStyle w:val="Heading2"/>
      </w:pPr>
      <w:r>
        <w:rPr>
          <w:color w:val="182849"/>
        </w:rPr>
        <w:t>Ad 1: Facebook and Instagram, 7 Mistakes to Avoid When a Marriage Hits a Crisis</w:t>
      </w:r>
    </w:p>
    <w:p>
      <w:r>
        <w:rPr>
          <w:b/>
          <w:i w:val="0"/>
        </w:rPr>
        <w:t>Headline: 7 Mistakes to Avoid When a Marriage Hits a Crisis</w:t>
      </w:r>
    </w:p>
    <w:p>
      <w:r>
        <w:rPr>
          <w:b w:val="0"/>
          <w:i w:val="0"/>
        </w:rPr>
        <w:t>#ad</w:t>
      </w:r>
    </w:p>
    <w:p>
      <w:r>
        <w:rPr>
          <w:b w:val="0"/>
          <w:i w:val="0"/>
        </w:rPr>
        <w:t>When a husband or wife says they want out, the first instinct is to fix everything at once. Talk it all through tonight. Promise to change. Suggest some time apart so both of them can think.</w:t>
      </w:r>
    </w:p>
    <w:p>
      <w:r>
        <w:rPr>
          <w:b w:val="0"/>
          <w:i w:val="0"/>
        </w:rPr>
        <w:t>Relationship writer Amy Waterman puts all three on her list of the top seven mistakes people make in a marriage crisis, and her course explains what to do in place of each one.</w:t>
      </w:r>
    </w:p>
    <w:p>
      <w:r>
        <w:rPr>
          <w:b w:val="0"/>
          <w:i w:val="0"/>
        </w:rPr>
        <w:t>The full list, and the reasons behind it, are here.</w:t>
      </w:r>
    </w:p>
    <w:p>
      <w:r>
        <w:rPr>
          <w:b w:val="0"/>
          <w:i w:val="0"/>
        </w:rPr>
        <w:t>Description: From Save My Marriage Today! by Amy Waterman</w:t>
      </w:r>
    </w:p>
    <w:p>
      <w:r>
        <w:rPr>
          <w:b w:val="0"/>
          <w:i w:val="0"/>
        </w:rPr>
        <w:t>Button: Learn More</w:t>
      </w:r>
    </w:p>
    <w:p>
      <w:r>
        <w:rPr>
          <w:b w:val="0"/>
          <w:i/>
        </w:rPr>
        <w:t>Send the click to: Your own presell page listing the seven mistakes, with a link to {{AFFILIATE_LINK}} (recommended: Facebook does not allow paid ads straight to a HopLink in most cases).</w:t>
      </w:r>
    </w:p>
    <w:p>
      <w:r>
        <w:rPr>
          <w:b w:val="0"/>
          <w:i/>
        </w:rPr>
        <w:t>Notes: Target broad interests such as relationship advice, self-help books or personal development, never anything about divorce or relationship status. Keep the copy in the third person: Meta rejects ads that say or imply the viewer's marriage is in trouble.</w:t>
      </w:r>
    </w:p>
    <w:p>
      <w:pPr>
        <w:pStyle w:val="Heading2"/>
      </w:pPr>
      <w:r>
        <w:rPr>
          <w:color w:val="182849"/>
        </w:rPr>
        <w:t>Ad 2: Facebook and Instagram, Married 14 Years. Then One Night He Asked for a Divorce.</w:t>
      </w:r>
    </w:p>
    <w:p>
      <w:r>
        <w:rPr>
          <w:b/>
          <w:i w:val="0"/>
        </w:rPr>
        <w:t>Headline: Married 14 Years. Then One Night He Asked for a Divorce.</w:t>
      </w:r>
    </w:p>
    <w:p>
      <w:r>
        <w:rPr>
          <w:b w:val="0"/>
          <w:i w:val="0"/>
        </w:rPr>
        <w:t>#ad</w:t>
      </w:r>
    </w:p>
    <w:p>
      <w:r>
        <w:rPr>
          <w:b w:val="0"/>
          <w:i w:val="0"/>
        </w:rPr>
        <w:t>Jane had been married for 14 years and had two children when her husband came home one night and asked for a divorce. She couldn't eat or sleep, and she phoned her best friend in tears.</w:t>
      </w:r>
    </w:p>
    <w:p>
      <w:r>
        <w:rPr>
          <w:b w:val="0"/>
          <w:i w:val="0"/>
        </w:rPr>
        <w:t>That friend was relationship writer Amy Waterman. Amy took Jane under her wing and taught her everything she knew. Jane stopped begging, blaming and playing the victim, and followed steps that seemed counter-intuitive at first.</w:t>
      </w:r>
    </w:p>
    <w:p>
      <w:r>
        <w:rPr>
          <w:b w:val="0"/>
          <w:i w:val="0"/>
        </w:rPr>
        <w:t>A few months later Jane and her husband came to Amy's party hand in hand, "like a honeymoon couple". Amy wrote down what she had taught Jane, tested it, and turned it into the course Save My Marriage Today!</w:t>
      </w:r>
    </w:p>
    <w:p>
      <w:r>
        <w:rPr>
          <w:b w:val="0"/>
          <w:i w:val="0"/>
        </w:rPr>
        <w:t>Description: Read what Jane did in those first weeks</w:t>
      </w:r>
    </w:p>
    <w:p>
      <w:r>
        <w:rPr>
          <w:b w:val="0"/>
          <w:i w:val="0"/>
        </w:rPr>
        <w:t>Button: Learn More</w:t>
      </w:r>
    </w:p>
    <w:p>
      <w:r>
        <w:rPr>
          <w:b w:val="0"/>
          <w:i/>
        </w:rPr>
        <w:t>Send the click to: Your own presell page that tells Jane's story and links to Amy's letter at {{AFFILIATE_LINK}} (recommended: Facebook does not allow paid ads straight to a HopLink in most cases).</w:t>
      </w:r>
    </w:p>
    <w:p>
      <w:r>
        <w:rPr>
          <w:b w:val="0"/>
          <w:i/>
        </w:rPr>
        <w:t>Notes: A story ad can run to cold audiences interested in relationship advice, family or self-help. Don't add any line suggesting the viewer is in Jane's position.</w:t>
      </w:r>
    </w:p>
    <w:p>
      <w:pPr>
        <w:pStyle w:val="Heading2"/>
      </w:pPr>
      <w:r>
        <w:rPr>
          <w:color w:val="182849"/>
        </w:rPr>
        <w:t>Ad 3: Facebook and Instagram, Can One Person Start Saving a Marriage?</w:t>
      </w:r>
    </w:p>
    <w:p>
      <w:r>
        <w:rPr>
          <w:b/>
          <w:i w:val="0"/>
        </w:rPr>
        <w:t>Headline: Can One Person Start Saving a Marriage?</w:t>
      </w:r>
    </w:p>
    <w:p>
      <w:r>
        <w:rPr>
          <w:b w:val="0"/>
          <w:i w:val="0"/>
        </w:rPr>
        <w:t>#ad</w:t>
      </w:r>
    </w:p>
    <w:p>
      <w:r>
        <w:rPr>
          <w:b w:val="0"/>
          <w:i w:val="0"/>
        </w:rPr>
        <w:t>People often say it takes two to fix a marriage. Amy Waterman built her course so that one person can begin.</w:t>
      </w:r>
    </w:p>
    <w:p>
      <w:r>
        <w:rPr>
          <w:b w:val="0"/>
          <w:i w:val="0"/>
        </w:rPr>
        <w:t>Save My Marriage Today! has 38 exercises across 20 chapters, and each one is marked "Do Yourself" or "Do Together". The "Do Yourself" exercises are for the husband or wife who is ready to work on things while the other one isn't ready yet.</w:t>
      </w:r>
    </w:p>
    <w:p>
      <w:r>
        <w:rPr>
          <w:b w:val="0"/>
          <w:i w:val="0"/>
        </w:rPr>
        <w:t>See how the course is laid out.</w:t>
      </w:r>
    </w:p>
    <w:p>
      <w:r>
        <w:rPr>
          <w:b w:val="0"/>
          <w:i w:val="0"/>
        </w:rPr>
        <w:t>Description: 38 exercises, each marked Do Yourself or Do Together</w:t>
      </w:r>
    </w:p>
    <w:p>
      <w:r>
        <w:rPr>
          <w:b w:val="0"/>
          <w:i w:val="0"/>
        </w:rPr>
        <w:t>Button: Learn More</w:t>
      </w:r>
    </w:p>
    <w:p>
      <w:r>
        <w:rPr>
          <w:b w:val="0"/>
          <w:i/>
        </w:rPr>
        <w:t>Send the click to: Your own presell page about starting alone, linking to {{AFFILIATE_LINK}} (recommended: Facebook does not allow paid ads straight to a HopLink in most cases).</w:t>
      </w:r>
    </w:p>
    <w:p>
      <w:r>
        <w:rPr>
          <w:b w:val="0"/>
          <w:i/>
        </w:rPr>
        <w:t>Notes: The headline asks a general question, not one about the viewer, which keeps it inside Meta's personal attributes rule. Interests: relationship advice, personal development, marriage books.</w:t>
      </w:r>
    </w:p>
    <w:p>
      <w:pPr>
        <w:pStyle w:val="Heading2"/>
      </w:pPr>
      <w:r>
        <w:rPr>
          <w:color w:val="182849"/>
        </w:rPr>
        <w:t>Ad 4: Facebook and Instagram, Read This Before Anyone Suggests a Trial Separation</w:t>
      </w:r>
    </w:p>
    <w:p>
      <w:r>
        <w:rPr>
          <w:b/>
          <w:i w:val="0"/>
        </w:rPr>
        <w:t>Headline: Read This Before Anyone Suggests a Trial Separation</w:t>
      </w:r>
    </w:p>
    <w:p>
      <w:r>
        <w:rPr>
          <w:b w:val="0"/>
          <w:i w:val="0"/>
        </w:rPr>
        <w:t>#ad</w:t>
      </w:r>
    </w:p>
    <w:p>
      <w:r>
        <w:rPr>
          <w:b w:val="0"/>
          <w:i w:val="0"/>
        </w:rPr>
        <w:t>When a marriage gets tense, time apart can sound like the calm, sensible choice.</w:t>
      </w:r>
    </w:p>
    <w:p>
      <w:r>
        <w:rPr>
          <w:b w:val="0"/>
          <w:i w:val="0"/>
        </w:rPr>
        <w:t>Save My Marriage Today! by relationship writer Amy Waterman lists suggesting a trial separation among the top seven mistakes people make in a marriage crisis. Another chapter in the same course shows how to take some space for yourself without offending your partner.</w:t>
      </w:r>
    </w:p>
    <w:p>
      <w:r>
        <w:rPr>
          <w:b w:val="0"/>
          <w:i w:val="0"/>
        </w:rPr>
        <w:t>The difference between the two is worth understanding before anyone packs a bag.</w:t>
      </w:r>
    </w:p>
    <w:p>
      <w:r>
        <w:rPr>
          <w:b w:val="0"/>
          <w:i w:val="0"/>
        </w:rPr>
        <w:t>Description: From Save My Marriage Today! by Amy Waterman</w:t>
      </w:r>
    </w:p>
    <w:p>
      <w:r>
        <w:rPr>
          <w:b w:val="0"/>
          <w:i w:val="0"/>
        </w:rPr>
        <w:t>Button: Learn More</w:t>
      </w:r>
    </w:p>
    <w:p>
      <w:r>
        <w:rPr>
          <w:b w:val="0"/>
          <w:i/>
        </w:rPr>
        <w:t>Send the click to: Your own presell page or article about trial separations, linking to {{AFFILIATE_LINK}} (recommended: Facebook does not allow paid ads straight to a HopLink in most cases).</w:t>
      </w:r>
    </w:p>
    <w:p>
      <w:r>
        <w:rPr>
          <w:b w:val="0"/>
          <w:i/>
        </w:rPr>
        <w:t>Notes: Avoid pictures of suitcases by a door or a person leaving; they read as aimed at the viewer. Interests: relationship advice, self-help books.</w:t>
      </w:r>
    </w:p>
    <w:p>
      <w:pPr>
        <w:pStyle w:val="Heading2"/>
      </w:pPr>
      <w:r>
        <w:rPr>
          <w:color w:val="182849"/>
        </w:rPr>
        <w:t>Ad 5: Facebook and Instagram, Why the Same Money Argument Keeps Coming Back</w:t>
      </w:r>
    </w:p>
    <w:p>
      <w:r>
        <w:rPr>
          <w:b/>
          <w:i w:val="0"/>
        </w:rPr>
        <w:t>Headline: Why the Same Money Argument Keeps Coming Back</w:t>
      </w:r>
    </w:p>
    <w:p>
      <w:r>
        <w:rPr>
          <w:b w:val="0"/>
          <w:i w:val="0"/>
        </w:rPr>
        <w:t>#ad</w:t>
      </w:r>
    </w:p>
    <w:p>
      <w:r>
        <w:rPr>
          <w:b w:val="0"/>
          <w:i w:val="0"/>
        </w:rPr>
        <w:t>Plenty of couples have one argument they could recite word for word, and money is a common one.</w:t>
      </w:r>
    </w:p>
    <w:p>
      <w:r>
        <w:rPr>
          <w:b w:val="0"/>
          <w:i w:val="0"/>
        </w:rPr>
        <w:t>Save My Marriage Today!, a course by relationship writer Amy Waterman, gives money a chapter of its own, The Power of Money, with techniques that stop the same arguments coming round again and again. A chapter on teamwork goes with it, for couples who feel they have ended up on opposite sides.</w:t>
      </w:r>
    </w:p>
    <w:p>
      <w:r>
        <w:rPr>
          <w:b w:val="0"/>
          <w:i w:val="0"/>
        </w:rPr>
        <w:t>See what the course covers.</w:t>
      </w:r>
    </w:p>
    <w:p>
      <w:r>
        <w:rPr>
          <w:b w:val="0"/>
          <w:i w:val="0"/>
        </w:rPr>
        <w:t>Description: Chapter 8: The Power of Money</w:t>
      </w:r>
    </w:p>
    <w:p>
      <w:r>
        <w:rPr>
          <w:b w:val="0"/>
          <w:i w:val="0"/>
        </w:rPr>
        <w:t>Button: Learn More</w:t>
      </w:r>
    </w:p>
    <w:p>
      <w:r>
        <w:rPr>
          <w:b w:val="0"/>
          <w:i/>
        </w:rPr>
        <w:t>Send the click to: Your own presell page or article about money and marriage, linking to {{AFFILIATE_LINK}} (recommended: Facebook does not allow paid ads straight to a HopLink in most cases).</w:t>
      </w:r>
    </w:p>
    <w:p>
      <w:r>
        <w:rPr>
          <w:b w:val="0"/>
          <w:i/>
        </w:rPr>
        <w:t>Notes: Interests: family budgeting, personal finance, household management. Meta treats financial status as a personal attribute too, so never write "struggling with debt?" or similar.</w:t>
      </w:r>
    </w:p>
    <w:p>
      <w:pPr>
        <w:pStyle w:val="Heading2"/>
      </w:pPr>
      <w:r>
        <w:rPr>
          <w:color w:val="182849"/>
        </w:rPr>
        <w:t>Ad 6: Facebook and Instagram, After an Affair: What Helps, From Both Sides</w:t>
      </w:r>
    </w:p>
    <w:p>
      <w:r>
        <w:rPr>
          <w:b/>
          <w:i w:val="0"/>
        </w:rPr>
        <w:t>Headline: After an Affair: What Helps, From Both Sides</w:t>
      </w:r>
    </w:p>
    <w:p>
      <w:r>
        <w:rPr>
          <w:b w:val="0"/>
          <w:i w:val="0"/>
        </w:rPr>
        <w:t>#ad</w:t>
      </w:r>
    </w:p>
    <w:p>
      <w:r>
        <w:rPr>
          <w:b w:val="0"/>
          <w:i w:val="0"/>
        </w:rPr>
        <w:t>After an affair, the person who was cheated on and the person who cheated are in very different places.</w:t>
      </w:r>
    </w:p>
    <w:p>
      <w:r>
        <w:rPr>
          <w:b w:val="0"/>
          <w:i w:val="0"/>
        </w:rPr>
        <w:t>Book 2 of Save My Marriage Today!, For Marriages in Extreme Crisis, has a chapter called The Anatomy of an Affair that looks at both sides. The main course adds chapters on infidelity and trust, and a 4-step formula to stop cheating dead in its tracks.</w:t>
      </w:r>
    </w:p>
    <w:p>
      <w:r>
        <w:rPr>
          <w:b w:val="0"/>
          <w:i w:val="0"/>
        </w:rPr>
        <w:t>Rhonda K. from Cottageville, SC, wrote: "The true examples from real people gave me insight that you can really survive an affair!"</w:t>
      </w:r>
    </w:p>
    <w:p>
      <w:r>
        <w:rPr>
          <w:b w:val="0"/>
          <w:i w:val="0"/>
        </w:rPr>
        <w:t>Description: Book 2 is included with the course</w:t>
      </w:r>
    </w:p>
    <w:p>
      <w:r>
        <w:rPr>
          <w:b w:val="0"/>
          <w:i w:val="0"/>
        </w:rPr>
        <w:t>Button: Learn More</w:t>
      </w:r>
    </w:p>
    <w:p>
      <w:r>
        <w:rPr>
          <w:b w:val="0"/>
          <w:i/>
        </w:rPr>
        <w:t>Send the click to: Your own presell page about recovering from an affair, linking to {{AFFILIATE_LINK}} (recommended: Facebook does not allow paid ads straight to a HopLink in most cases).</w:t>
      </w:r>
    </w:p>
    <w:p>
      <w:r>
        <w:rPr>
          <w:b w:val="0"/>
          <w:i/>
        </w:rPr>
        <w:t>Notes: Keep images clean: no beds, no intimate poses and no one in tears. Meta reviews infidelity topics closely, so expect a slower approval and keep the wording general.</w:t>
      </w:r>
    </w:p>
    <w:p>
      <w:pPr>
        <w:pStyle w:val="Heading2"/>
      </w:pPr>
      <w:r>
        <w:rPr>
          <w:color w:val="182849"/>
        </w:rPr>
        <w:t>Ad 7: Facebook and Instagram, "You've Changed." "We've Grown Apart." What Might Be Underneath</w:t>
      </w:r>
    </w:p>
    <w:p>
      <w:r>
        <w:rPr>
          <w:b/>
          <w:i w:val="0"/>
        </w:rPr>
        <w:t>Headline: "You've Changed." "We've Grown Apart." What Might Be Underneath</w:t>
      </w:r>
    </w:p>
    <w:p>
      <w:r>
        <w:rPr>
          <w:b w:val="0"/>
          <w:i w:val="0"/>
        </w:rPr>
        <w:t>#ad</w:t>
      </w:r>
    </w:p>
    <w:p>
      <w:r>
        <w:rPr>
          <w:b w:val="0"/>
          <w:i w:val="0"/>
        </w:rPr>
        <w:t>"I love you but I'm not in love with you anymore." "We've grown apart." "You've changed."</w:t>
      </w:r>
    </w:p>
    <w:p>
      <w:r>
        <w:rPr>
          <w:b w:val="0"/>
          <w:i w:val="0"/>
        </w:rPr>
        <w:t>These are some of the lines people use when they want to leave a marriage. Amy Waterman, author of Save My Marriage Today!, says the real reasons can sit somewhere else. Sometimes people don't want to say them, for fear of hurting their partner or looking bad, and sometimes they don't fully understand the real reasons themselves.</w:t>
      </w:r>
    </w:p>
    <w:p>
      <w:r>
        <w:rPr>
          <w:b w:val="0"/>
          <w:i w:val="0"/>
        </w:rPr>
        <w:t>Her course shows how to dig beneath the lines to the issues underneath.</w:t>
      </w:r>
    </w:p>
    <w:p>
      <w:r>
        <w:rPr>
          <w:b w:val="0"/>
          <w:i w:val="0"/>
        </w:rPr>
        <w:t>Description: From Save My Marriage Today! by Amy Waterman</w:t>
      </w:r>
    </w:p>
    <w:p>
      <w:r>
        <w:rPr>
          <w:b w:val="0"/>
          <w:i w:val="0"/>
        </w:rPr>
        <w:t>Button: Learn More</w:t>
      </w:r>
    </w:p>
    <w:p>
      <w:r>
        <w:rPr>
          <w:b w:val="0"/>
          <w:i/>
        </w:rPr>
        <w:t>Send the click to: Your own presell page about the lines people use when they want out, linking to {{AFFILIATE_LINK}} (recommended: Facebook does not allow paid ads straight to a HopLink in most cases).</w:t>
      </w:r>
    </w:p>
    <w:p>
      <w:r>
        <w:rPr>
          <w:b w:val="0"/>
          <w:i/>
        </w:rPr>
        <w:t>Notes: Never rewrite this as "Has your spouse said...": that is exactly the kind of personal attribute Meta rejects. Interests: relationship advice, psychology, self-help books.</w:t>
      </w:r>
    </w:p>
    <w:p>
      <w:pPr>
        <w:pStyle w:val="Heading2"/>
      </w:pPr>
      <w:r>
        <w:rPr>
          <w:color w:val="182849"/>
        </w:rPr>
        <w:t>Ad 8: Facebook and Instagram, Free Course: The 6 Most Common Reasons for Divorce</w:t>
      </w:r>
    </w:p>
    <w:p>
      <w:r>
        <w:rPr>
          <w:b/>
          <w:i w:val="0"/>
        </w:rPr>
        <w:t>Headline: Free Course: The 6 Most Common Reasons for Divorce</w:t>
      </w:r>
    </w:p>
    <w:p>
      <w:r>
        <w:rPr>
          <w:b w:val="0"/>
          <w:i w:val="0"/>
        </w:rPr>
        <w:t>#ad</w:t>
      </w:r>
    </w:p>
    <w:p>
      <w:r>
        <w:rPr>
          <w:b w:val="0"/>
          <w:i w:val="0"/>
        </w:rPr>
        <w:t>A free 6-part email course from Save My Marriage Today: The 6 Most Common Reasons For Divorce (And How To Stop Them From Happening To You).</w:t>
      </w:r>
    </w:p>
    <w:p>
      <w:r>
        <w:rPr>
          <w:b w:val="0"/>
          <w:i w:val="0"/>
        </w:rPr>
        <w:t>Part 1 explains why the risk factors for divorce are worth ignoring. Part 2 names what the course calls the real marriage killer. The rest cover affairs, poor communication, lack of commitment and growing apart.</w:t>
      </w:r>
    </w:p>
    <w:p>
      <w:r>
        <w:rPr>
          <w:b w:val="0"/>
          <w:i w:val="0"/>
        </w:rPr>
        <w:t>Fran C. from Canada wrote: "Your six day course was an eye-opener."</w:t>
      </w:r>
    </w:p>
    <w:p>
      <w:r>
        <w:rPr>
          <w:b w:val="0"/>
          <w:i w:val="0"/>
        </w:rPr>
        <w:t>Description: Free, by email, in 6 parts</w:t>
      </w:r>
    </w:p>
    <w:p>
      <w:r>
        <w:rPr>
          <w:b w:val="0"/>
          <w:i w:val="0"/>
        </w:rPr>
        <w:t>Button: Sign Up</w:t>
      </w:r>
    </w:p>
    <w:p>
      <w:r>
        <w:rPr>
          <w:b w:val="0"/>
          <w:i/>
        </w:rPr>
        <w:t>Send the click to: Your own page with the free course sign-up, linking to {{FREE_COURSE_LINK}}. Readers who join get the course from Save My Marriage Today, and your link is credited if they later buy.</w:t>
      </w:r>
    </w:p>
    <w:p>
      <w:r>
        <w:rPr>
          <w:b w:val="0"/>
          <w:i/>
        </w:rPr>
        <w:t>Notes: The cheapest way to test an audience: a free course often gets more clicks than a sales page. Interests: relationship advice, marriage, family life.</w:t>
      </w:r>
    </w:p>
    <w:p>
      <w:pPr>
        <w:pStyle w:val="Heading2"/>
      </w:pPr>
      <w:r>
        <w:rPr>
          <w:color w:val="182849"/>
        </w:rPr>
        <w:t>Ad 9: Facebook and Instagram, Why Arguing Can Be Good for a Marriage</w:t>
      </w:r>
    </w:p>
    <w:p>
      <w:r>
        <w:rPr>
          <w:b/>
          <w:i w:val="0"/>
        </w:rPr>
        <w:t>Headline: Why Arguing Can Be Good for a Marriage</w:t>
      </w:r>
    </w:p>
    <w:p>
      <w:r>
        <w:rPr>
          <w:b w:val="0"/>
          <w:i w:val="0"/>
        </w:rPr>
        <w:t>#ad</w:t>
      </w:r>
    </w:p>
    <w:p>
      <w:r>
        <w:rPr>
          <w:b w:val="0"/>
          <w:i w:val="0"/>
        </w:rPr>
        <w:t>Slamming the door and walking away ends an argument. So does going silent for a day. Neither one leaves anybody calmer.</w:t>
      </w:r>
    </w:p>
    <w:p>
      <w:r>
        <w:rPr>
          <w:b w:val="0"/>
          <w:i w:val="0"/>
        </w:rPr>
        <w:t>In Save My Marriage Today!, relationship writer Amy Waterman explains why arguing can be good for a marriage, what is really going on when a partner behaves irrationally and selfishly in an argument, and the difference between aggressive, assertive and passive responses.</w:t>
      </w:r>
    </w:p>
    <w:p>
      <w:r>
        <w:rPr>
          <w:b w:val="0"/>
          <w:i w:val="0"/>
        </w:rPr>
        <w:t>See the chapter on combating conflicts.</w:t>
      </w:r>
    </w:p>
    <w:p>
      <w:r>
        <w:rPr>
          <w:b w:val="0"/>
          <w:i w:val="0"/>
        </w:rPr>
        <w:t>Description: Chapter 5: Combating Conflicts</w:t>
      </w:r>
    </w:p>
    <w:p>
      <w:r>
        <w:rPr>
          <w:b w:val="0"/>
          <w:i w:val="0"/>
        </w:rPr>
        <w:t>Button: Learn More</w:t>
      </w:r>
    </w:p>
    <w:p>
      <w:r>
        <w:rPr>
          <w:b w:val="0"/>
          <w:i/>
        </w:rPr>
        <w:t>Send the click to: Your own presell page or article about arguing well, linking to {{AFFILIATE_LINK}} (recommended: Facebook does not allow paid ads straight to a HopLink in most cases).</w:t>
      </w:r>
    </w:p>
    <w:p>
      <w:r>
        <w:rPr>
          <w:b w:val="0"/>
          <w:i/>
        </w:rPr>
        <w:t>Notes: Interests: communication skills, psychology, personal development. The headline is a general statement, which keeps it clear of Meta's personal attributes rule.</w:t>
      </w:r>
    </w:p>
    <w:p>
      <w:pPr>
        <w:pStyle w:val="Heading2"/>
      </w:pPr>
      <w:r>
        <w:rPr>
          <w:color w:val="182849"/>
        </w:rPr>
        <w:t>Ad 10: Facebook and Instagram, 158 Pages, 20 Chapters, 38 Exercises and a 60-Day Guarantee</w:t>
      </w:r>
    </w:p>
    <w:p>
      <w:r>
        <w:rPr>
          <w:b/>
          <w:i w:val="0"/>
        </w:rPr>
        <w:t>Headline: 158 Pages, 20 Chapters, 38 Exercises and a 60-Day Guarantee</w:t>
      </w:r>
    </w:p>
    <w:p>
      <w:r>
        <w:rPr>
          <w:b w:val="0"/>
          <w:i w:val="0"/>
        </w:rPr>
        <w:t>#ad</w:t>
      </w:r>
    </w:p>
    <w:p>
      <w:r>
        <w:rPr>
          <w:b w:val="0"/>
          <w:i w:val="0"/>
        </w:rPr>
        <w:t>Save My Marriage Today! by relationship writer Amy Waterman is a downloadable marriage course: a 158-page book in 20 chapters, with 38 exercises marked "Do Yourself" or "Do Together".</w:t>
      </w:r>
    </w:p>
    <w:p>
      <w:r>
        <w:rPr>
          <w:b w:val="0"/>
          <w:i w:val="0"/>
        </w:rPr>
        <w:t>The order also includes Book 2 for marriages in extreme crisis, a personal email consultation with the Save My Marriage Today team and five bonus ebooks.</w:t>
      </w:r>
    </w:p>
    <w:p>
      <w:r>
        <w:rPr>
          <w:b w:val="0"/>
          <w:i w:val="0"/>
        </w:rPr>
        <w:t>It's a one-time payment of $49.95, with a 60-day money-back guarantee.</w:t>
      </w:r>
    </w:p>
    <w:p>
      <w:r>
        <w:rPr>
          <w:b w:val="0"/>
          <w:i w:val="0"/>
        </w:rPr>
        <w:t>Description: $49.95 one-time, instant download</w:t>
      </w:r>
    </w:p>
    <w:p>
      <w:r>
        <w:rPr>
          <w:b w:val="0"/>
          <w:i w:val="0"/>
        </w:rPr>
        <w:t>Button: Learn More</w:t>
      </w:r>
    </w:p>
    <w:p>
      <w:r>
        <w:rPr>
          <w:b w:val="0"/>
          <w:i/>
        </w:rPr>
        <w:t>Send the click to: Your own review page (see the review kit), linking to {{AFFILIATE_LINK}} (recommended: Facebook does not allow paid ads straight to a HopLink in most cases).</w:t>
      </w:r>
    </w:p>
    <w:p>
      <w:r>
        <w:rPr>
          <w:b w:val="0"/>
          <w:i/>
        </w:rPr>
        <w:t>Notes: Best as a retargeting ad for people who already visited your presell or review page. Don't add any "price goes up" or countdown line; there is no deadline.</w:t>
      </w:r>
    </w:p>
    <w:p>
      <w:pPr>
        <w:pStyle w:val="Heading2"/>
      </w:pPr>
      <w:r>
        <w:rPr>
          <w:color w:val="182849"/>
        </w:rPr>
        <w:t>Ad 11: Newsletter sponsor, What Jane did when her husband asked for a divorce</w:t>
      </w:r>
    </w:p>
    <w:p>
      <w:r>
        <w:rPr>
          <w:b/>
          <w:i w:val="0"/>
        </w:rPr>
        <w:t>Headline: What Jane did when her husband asked for a divorce</w:t>
      </w:r>
    </w:p>
    <w:p>
      <w:r>
        <w:rPr>
          <w:b w:val="0"/>
          <w:i w:val="0"/>
        </w:rPr>
        <w:t>Sponsored</w:t>
      </w:r>
    </w:p>
    <w:p>
      <w:r>
        <w:rPr>
          <w:b w:val="0"/>
          <w:i w:val="0"/>
        </w:rPr>
        <w:t>If your spouse has just asked for a divorce, your first instinct may be to beg, blame or plead. Amy Waterman's best friend Jane felt exactly that after 14 years of marriage. Amy taught her a different approach, one that seemed counter-intuitive at first, and a few months later Jane and her husband came to Amy's party hand in hand.</w:t>
      </w:r>
    </w:p>
    <w:p>
      <w:r>
        <w:rPr>
          <w:b w:val="0"/>
          <w:i w:val="0"/>
        </w:rPr>
        <w:t>Amy turned what she taught Jane into Save My Marriage Today!, a 158-page course with 38 exercises you can start even if your spouse won't take part. It's $49.95 with a 60-day money-back guarantee.</w:t>
      </w:r>
    </w:p>
    <w:p>
      <w:r>
        <w:rPr>
          <w:b w:val="0"/>
          <w:i w:val="0"/>
        </w:rPr>
        <w:t>Read Amy's letter: {{AFFILIATE_LINK}}</w:t>
      </w:r>
    </w:p>
    <w:p>
      <w:r>
        <w:rPr>
          <w:b w:val="0"/>
          <w:i w:val="0"/>
        </w:rPr>
        <w:t>I may earn a commission if you buy through my link.</w:t>
      </w:r>
    </w:p>
    <w:p>
      <w:r>
        <w:rPr>
          <w:b w:val="0"/>
          <w:i w:val="0"/>
        </w:rPr>
        <w:t>Button: Read Amy's letter</w:t>
      </w:r>
    </w:p>
    <w:p>
      <w:r>
        <w:rPr>
          <w:b w:val="0"/>
          <w:i/>
        </w:rPr>
        <w:t>Send the click to: {{AFFILIATE_LINK}}</w:t>
      </w:r>
    </w:p>
    <w:p>
      <w:r>
        <w:rPr>
          <w:b w:val="0"/>
          <w:i/>
        </w:rPr>
        <w:t>Notes: Fits newsletters about relationships, family, faith or personal growth. Ask the publisher to show the Sponsored label clearly and to keep the commission line.</w:t>
      </w:r>
    </w:p>
    <w:p>
      <w:pPr>
        <w:pStyle w:val="Heading2"/>
      </w:pPr>
      <w:r>
        <w:rPr>
          <w:color w:val="182849"/>
        </w:rPr>
        <w:t>Ad 12: Newsletter sponsor, Free: the 6 most common reasons for divorce</w:t>
      </w:r>
    </w:p>
    <w:p>
      <w:r>
        <w:rPr>
          <w:b/>
          <w:i w:val="0"/>
        </w:rPr>
        <w:t>Headline: Free: the 6 most common reasons for divorce</w:t>
      </w:r>
    </w:p>
    <w:p>
      <w:r>
        <w:rPr>
          <w:b w:val="0"/>
          <w:i w:val="0"/>
        </w:rPr>
        <w:t>Sponsored</w:t>
      </w:r>
    </w:p>
    <w:p>
      <w:r>
        <w:rPr>
          <w:b w:val="0"/>
          <w:i w:val="0"/>
        </w:rPr>
        <w:t>It's easy to miss what is wearing a marriage down until the damage is done. This free 6-part email course from Save My Marriage Today goes through the six most common reasons for divorce while there is still time to act on them: why the risk factors are worth ignoring, the real marriage killer, affairs, poor communication, lack of commitment and growing apart.</w:t>
      </w:r>
    </w:p>
    <w:p>
      <w:r>
        <w:rPr>
          <w:b w:val="0"/>
          <w:i w:val="0"/>
        </w:rPr>
        <w:t>One lesson arrives at a time, and it costs nothing.</w:t>
      </w:r>
    </w:p>
    <w:p>
      <w:r>
        <w:rPr>
          <w:b w:val="0"/>
          <w:i w:val="0"/>
        </w:rPr>
        <w:t>Sign up free: {{FREE_COURSE_LINK}}</w:t>
      </w:r>
    </w:p>
    <w:p>
      <w:r>
        <w:rPr>
          <w:b w:val="0"/>
          <w:i w:val="0"/>
        </w:rPr>
        <w:t>I may earn a commission if you later buy the full course through my link.</w:t>
      </w:r>
    </w:p>
    <w:p>
      <w:r>
        <w:rPr>
          <w:b w:val="0"/>
          <w:i w:val="0"/>
        </w:rPr>
        <w:t>Button: Send me the free course</w:t>
      </w:r>
    </w:p>
    <w:p>
      <w:r>
        <w:rPr>
          <w:b w:val="0"/>
          <w:i/>
        </w:rPr>
        <w:t>Send the click to: {{FREE_COURSE_LINK}}</w:t>
      </w:r>
    </w:p>
    <w:p>
      <w:r>
        <w:rPr>
          <w:b w:val="0"/>
          <w:i/>
        </w:rPr>
        <w:t>Notes: A free offer suits newsletters whose readers have never heard of Amy Waterman. Ask the publisher for a clicks report so you can compare it with news-1.</w:t>
      </w:r>
    </w:p>
    <w:p>
      <w:pPr>
        <w:pStyle w:val="Heading2"/>
      </w:pPr>
      <w:r>
        <w:rPr>
          <w:color w:val="182849"/>
        </w:rPr>
        <w:t>Ad 13: Newsletter sponsor, When you're the only one trying to save your marriage</w:t>
      </w:r>
    </w:p>
    <w:p>
      <w:r>
        <w:rPr>
          <w:b/>
          <w:i w:val="0"/>
        </w:rPr>
        <w:t>Headline: When you're the only one trying to save your marriage</w:t>
      </w:r>
    </w:p>
    <w:p>
      <w:r>
        <w:rPr>
          <w:b w:val="0"/>
          <w:i w:val="0"/>
        </w:rPr>
        <w:t>Sponsored</w:t>
      </w:r>
    </w:p>
    <w:p>
      <w:r>
        <w:rPr>
          <w:b w:val="0"/>
          <w:i w:val="0"/>
        </w:rPr>
        <w:t>It's lonely being the one who wants to fix things while your husband or wife won't talk, won't read anything and won't see a counselor.</w:t>
      </w:r>
    </w:p>
    <w:p>
      <w:r>
        <w:rPr>
          <w:b w:val="0"/>
          <w:i w:val="0"/>
        </w:rPr>
        <w:t>Save My Marriage Today! by relationship writer Amy Waterman was written with you in mind. Its 38 exercises are each marked "Do Yourself" or "Do Together", so you can start today, on your own. The order includes Book 2 for marriages in extreme crisis and a personal email consultation about your own situation.</w:t>
      </w:r>
    </w:p>
    <w:p>
      <w:r>
        <w:rPr>
          <w:b w:val="0"/>
          <w:i w:val="0"/>
        </w:rPr>
        <w:t>See the course: {{AFFILIATE_LINK}}</w:t>
      </w:r>
    </w:p>
    <w:p>
      <w:r>
        <w:rPr>
          <w:b w:val="0"/>
          <w:i w:val="0"/>
        </w:rPr>
        <w:t>I may earn a commission if you buy through my link.</w:t>
      </w:r>
    </w:p>
    <w:p>
      <w:r>
        <w:rPr>
          <w:b w:val="0"/>
          <w:i w:val="0"/>
        </w:rPr>
        <w:t>Button: See the course</w:t>
      </w:r>
    </w:p>
    <w:p>
      <w:r>
        <w:rPr>
          <w:b w:val="0"/>
          <w:i/>
        </w:rPr>
        <w:t>Send the click to: {{AFFILIATE_LINK}}</w:t>
      </w:r>
    </w:p>
    <w:p>
      <w:r>
        <w:rPr>
          <w:b w:val="0"/>
          <w:i/>
        </w:rPr>
        <w:t>Notes: Newsletter ads can speak to the reader directly, unlike Meta ads. Don't promise the other spouse will come round; nobody can promise that.</w:t>
      </w:r>
    </w:p>
    <w:p>
      <w:pPr>
        <w:pStyle w:val="Heading2"/>
      </w:pPr>
      <w:r>
        <w:rPr>
          <w:color w:val="182849"/>
        </w:rPr>
        <w:t>Ad 14: Newsletter sponsor, After an affair, on either side</w:t>
      </w:r>
    </w:p>
    <w:p>
      <w:r>
        <w:rPr>
          <w:b/>
          <w:i w:val="0"/>
        </w:rPr>
        <w:t>Headline: After an affair, on either side</w:t>
      </w:r>
    </w:p>
    <w:p>
      <w:r>
        <w:rPr>
          <w:b w:val="0"/>
          <w:i w:val="0"/>
        </w:rPr>
        <w:t>Sponsored</w:t>
      </w:r>
    </w:p>
    <w:p>
      <w:r>
        <w:rPr>
          <w:b w:val="0"/>
          <w:i w:val="0"/>
        </w:rPr>
        <w:t>Whether you were cheated on or you were the one who cheated, the days after an affair comes out are some of the hardest a marriage can face.</w:t>
      </w:r>
    </w:p>
    <w:p>
      <w:r>
        <w:rPr>
          <w:b w:val="0"/>
          <w:i w:val="0"/>
        </w:rPr>
        <w:t>Save My Marriage Today! by Amy Waterman covers both sides. Book 2, For Marriages in Extreme Crisis, has a chapter called The Anatomy of an Affair, and the main course includes a 4-step formula to stop cheating dead in its tracks and a chapter on whether to stay or go. It's $49.95, with a 60-day money-back guarantee.</w:t>
      </w:r>
    </w:p>
    <w:p>
      <w:r>
        <w:rPr>
          <w:b w:val="0"/>
          <w:i w:val="0"/>
        </w:rPr>
        <w:t>Read more: {{AFFILIATE_LINK}}</w:t>
      </w:r>
    </w:p>
    <w:p>
      <w:r>
        <w:rPr>
          <w:b w:val="0"/>
          <w:i w:val="0"/>
        </w:rPr>
        <w:t>I may earn a commission if you buy through my link.</w:t>
      </w:r>
    </w:p>
    <w:p>
      <w:r>
        <w:rPr>
          <w:b w:val="0"/>
          <w:i w:val="0"/>
        </w:rPr>
        <w:t>Button: Read more</w:t>
      </w:r>
    </w:p>
    <w:p>
      <w:r>
        <w:rPr>
          <w:b w:val="0"/>
          <w:i/>
        </w:rPr>
        <w:t>Send the click to: {{AFFILIATE_LINK}}</w:t>
      </w:r>
    </w:p>
    <w:p>
      <w:r>
        <w:rPr>
          <w:b w:val="0"/>
          <w:i/>
        </w:rPr>
        <w:t>Notes: Works in relationship and personal growth newsletters. Some publishers avoid infidelity topics, so offer news-1 as the alternative.</w:t>
      </w:r>
    </w:p>
    <w:p>
      <w:pPr>
        <w:pStyle w:val="Heading2"/>
      </w:pPr>
      <w:r>
        <w:rPr>
          <w:color w:val="182849"/>
        </w:rPr>
        <w:t>Ad 15: Solo ad email, The 6 most common reasons for divorce</w:t>
      </w:r>
    </w:p>
    <w:p>
      <w:r>
        <w:rPr>
          <w:b/>
          <w:i w:val="0"/>
        </w:rPr>
        <w:t>Subject: The 6 most common reasons marriages end</w:t>
      </w:r>
    </w:p>
    <w:p>
      <w:r>
        <w:rPr>
          <w:b/>
          <w:i w:val="0"/>
        </w:rPr>
        <w:t>Subject: Why the divorce risk factors are worth ignoring</w:t>
      </w:r>
    </w:p>
    <w:p>
      <w:r>
        <w:rPr>
          <w:b/>
          <w:i w:val="0"/>
        </w:rPr>
        <w:t>Subject: A free 6-part course on keeping a marriage together</w:t>
      </w:r>
    </w:p>
    <w:p>
      <w:r>
        <w:rPr>
          <w:b/>
          <w:i w:val="0"/>
        </w:rPr>
        <w:t>Headline: The 6 most common reasons for divorce</w:t>
      </w:r>
    </w:p>
    <w:p>
      <w:r>
        <w:rPr>
          <w:b w:val="0"/>
          <w:i w:val="0"/>
        </w:rPr>
        <w:t>Hi {{first_name}},</w:t>
      </w:r>
    </w:p>
    <w:p>
      <w:r>
        <w:rPr>
          <w:b w:val="0"/>
          <w:i w:val="0"/>
        </w:rPr>
        <w:t>A marriage can wear down for a long time before anyone says the word divorce, and the two people inside it often can't say when it started.</w:t>
      </w:r>
    </w:p>
    <w:p>
      <w:r>
        <w:rPr>
          <w:b w:val="0"/>
          <w:i w:val="0"/>
        </w:rPr>
        <w:t>Relationship writer Amy Waterman put together a free 6-part email course on the six most common reasons for divorce, and how to stop them happening to you. Part 1 explains why the risk factors are worth ignoring. Part 2 names what she calls the real marriage killer. The rest cover affairs, poor communication, lack of commitment and growing apart.</w:t>
      </w:r>
    </w:p>
    <w:p>
      <w:r>
        <w:rPr>
          <w:b w:val="0"/>
          <w:i w:val="0"/>
        </w:rPr>
        <w:t>It's free. Get the first lesson here:</w:t>
      </w:r>
    </w:p>
    <w:p>
      <w:r>
        <w:rPr>
          <w:b w:val="0"/>
          <w:i w:val="0"/>
        </w:rPr>
        <w:t>{{FREE_COURSE_LINK}}</w:t>
      </w:r>
    </w:p>
    <w:p>
      <w:r>
        <w:rPr>
          <w:b w:val="0"/>
          <w:i w:val="0"/>
        </w:rPr>
        <w:t>Fran C. from Canada wrote: "Your six day course was an eye-opener."</w:t>
      </w:r>
    </w:p>
    <w:p>
      <w:r>
        <w:rPr>
          <w:b w:val="0"/>
          <w:i w:val="0"/>
        </w:rPr>
        <w:t>[Your name]</w:t>
      </w:r>
    </w:p>
    <w:p>
      <w:r>
        <w:rPr>
          <w:b w:val="0"/>
          <w:i w:val="0"/>
        </w:rPr>
        <w:t>I may earn a commission if you later buy the full course through my link.</w:t>
      </w:r>
    </w:p>
    <w:p>
      <w:r>
        <w:rPr>
          <w:b w:val="0"/>
          <w:i w:val="0"/>
        </w:rPr>
        <w:t>Button: Get the first lesson</w:t>
      </w:r>
    </w:p>
    <w:p>
      <w:r>
        <w:rPr>
          <w:b w:val="0"/>
          <w:i/>
        </w:rPr>
        <w:t>Send the click to: {{FREE_COURSE_LINK}}</w:t>
      </w:r>
    </w:p>
    <w:p>
      <w:r>
        <w:rPr>
          <w:b w:val="0"/>
          <w:i/>
        </w:rPr>
        <w:t>Notes: Most solo ad sellers want an opt-in page, and a free course is the natural fit. Buy a small test first and check the vendor's traffic is real before you order more.</w:t>
      </w:r>
    </w:p>
    <w:p>
      <w:pPr>
        <w:pStyle w:val="Heading2"/>
      </w:pPr>
      <w:r>
        <w:rPr>
          <w:color w:val="182849"/>
        </w:rPr>
        <w:t>Ad 16: Solo ad email, Before you plead with them to stay</w:t>
      </w:r>
    </w:p>
    <w:p>
      <w:r>
        <w:rPr>
          <w:b/>
          <w:i w:val="0"/>
        </w:rPr>
        <w:t>Subject: Before you plead with them to stay</w:t>
      </w:r>
    </w:p>
    <w:p>
      <w:r>
        <w:rPr>
          <w:b/>
          <w:i w:val="0"/>
        </w:rPr>
        <w:t>Subject: The worst first move when they want out</w:t>
      </w:r>
    </w:p>
    <w:p>
      <w:r>
        <w:rPr>
          <w:b/>
          <w:i w:val="0"/>
        </w:rPr>
        <w:t>Subject: What Jane did instead of begging</w:t>
      </w:r>
    </w:p>
    <w:p>
      <w:r>
        <w:rPr>
          <w:b/>
          <w:i w:val="0"/>
        </w:rPr>
        <w:t>Headline: Before you plead with them to stay</w:t>
      </w:r>
    </w:p>
    <w:p>
      <w:r>
        <w:rPr>
          <w:b w:val="0"/>
          <w:i w:val="0"/>
        </w:rPr>
        <w:t>Hi {{first_name}},</w:t>
      </w:r>
    </w:p>
    <w:p>
      <w:r>
        <w:rPr>
          <w:b w:val="0"/>
          <w:i w:val="0"/>
        </w:rPr>
        <w:t>When a husband or wife says they want out, the first thing many of us want to do is plead. Say sorry. Promise to change. Call, text, email, anything to make them stay.</w:t>
      </w:r>
    </w:p>
    <w:p>
      <w:r>
        <w:rPr>
          <w:b w:val="0"/>
          <w:i w:val="0"/>
        </w:rPr>
        <w:t>Relationship writer Amy Waterman lists begging for forgiveness among the top seven mistakes people make in a marriage crisis. When her best friend Jane's husband asked for a divorce, Jane stopped begging, blaming and playing the victim, and did things that seemed counter-intuitive at first. A few months later they came to Amy's party hand in hand.</w:t>
      </w:r>
    </w:p>
    <w:p>
      <w:r>
        <w:rPr>
          <w:b w:val="0"/>
          <w:i w:val="0"/>
        </w:rPr>
        <w:t>What Jane did is here:</w:t>
      </w:r>
    </w:p>
    <w:p>
      <w:r>
        <w:rPr>
          <w:b w:val="0"/>
          <w:i w:val="0"/>
        </w:rPr>
        <w:t>{{AFFILIATE_LINK}}</w:t>
      </w:r>
    </w:p>
    <w:p>
      <w:r>
        <w:rPr>
          <w:b w:val="0"/>
          <w:i w:val="0"/>
        </w:rPr>
        <w:t>The course is $49.95 with a 60-day money-back guarantee.</w:t>
      </w:r>
    </w:p>
    <w:p>
      <w:r>
        <w:rPr>
          <w:b w:val="0"/>
          <w:i w:val="0"/>
        </w:rPr>
        <w:t>[Your name]</w:t>
      </w:r>
    </w:p>
    <w:p>
      <w:r>
        <w:rPr>
          <w:b w:val="0"/>
          <w:i w:val="0"/>
        </w:rPr>
        <w:t>I may earn a commission if you buy through my link.</w:t>
      </w:r>
    </w:p>
    <w:p>
      <w:r>
        <w:rPr>
          <w:b w:val="0"/>
          <w:i w:val="0"/>
        </w:rPr>
        <w:t>Button: See what Jane did</w:t>
      </w:r>
    </w:p>
    <w:p>
      <w:r>
        <w:rPr>
          <w:b w:val="0"/>
          <w:i/>
        </w:rPr>
        <w:t>Send the click to: {{AFFILIATE_LINK}}, or your own presell page if the solo ad seller requires an opt-in page.</w:t>
      </w:r>
    </w:p>
    <w:p>
      <w:r>
        <w:rPr>
          <w:b w:val="0"/>
          <w:i/>
        </w:rPr>
        <w:t>Notes: Solo traffic sent straight to a sales letter is a harder test than an opt-in. If the seller insists on a squeeze page, use solo-1 instead.</w:t>
      </w:r>
    </w:p>
    <w:p>
      <w:pPr>
        <w:pStyle w:val="Heading2"/>
      </w:pPr>
      <w:r>
        <w:rPr>
          <w:color w:val="182849"/>
        </w:rPr>
        <w:t>Ad 17: Video ad script, Married 14 years. Then one night he asked for a divorce.</w:t>
      </w:r>
    </w:p>
    <w:p>
      <w:r>
        <w:rPr>
          <w:b/>
          <w:i w:val="0"/>
        </w:rPr>
        <w:t>Headline: Married 14 years. Then one night he asked for a divorce.</w:t>
      </w:r>
    </w:p>
    <w:p>
      <w:r>
        <w:rPr>
          <w:b w:val="0"/>
          <w:i w:val="0"/>
        </w:rPr>
        <w:t>[Scene: a kitchen at night, one mug on the table, no faces]</w:t>
        <w:br/>
        <w:t>Jane had been married fourteen years when her husband came home one night and asked for a divorce.</w:t>
      </w:r>
    </w:p>
    <w:p>
      <w:r>
        <w:rPr>
          <w:b w:val="0"/>
          <w:i w:val="0"/>
        </w:rPr>
        <w:t>[Scene: a phone lighting up on the table]</w:t>
        <w:br/>
        <w:t>She couldn't eat or sleep. So she phoned her best friend, relationship writer Amy Waterman.</w:t>
      </w:r>
    </w:p>
    <w:p>
      <w:r>
        <w:rPr>
          <w:b w:val="0"/>
          <w:i w:val="0"/>
        </w:rPr>
        <w:t>[Scene: a hand writing in a notebook]</w:t>
        <w:br/>
        <w:t>Amy taught her everything she knew. Jane stopped begging, stopped blaming, and followed steps that seemed counter-intuitive at first.</w:t>
      </w:r>
    </w:p>
    <w:p>
      <w:r>
        <w:rPr>
          <w:b w:val="0"/>
          <w:i w:val="0"/>
        </w:rPr>
        <w:t>[Scene: two coats hanging side by side by a front door]</w:t>
        <w:br/>
        <w:t>A few months later, Jane and her husband walked into Amy's party hand in hand.</w:t>
      </w:r>
    </w:p>
    <w:p>
      <w:r>
        <w:rPr>
          <w:b w:val="0"/>
          <w:i w:val="0"/>
        </w:rPr>
        <w:t>[Scene: the Save My Marriage Today! book cover]</w:t>
        <w:br/>
        <w:t>Amy turned what she taught Jane into a course. It's called Save My Marriage Today! The link is below.</w:t>
      </w:r>
    </w:p>
    <w:p>
      <w:r>
        <w:rPr>
          <w:b w:val="0"/>
          <w:i w:val="0"/>
        </w:rPr>
        <w:t>[On screen and spoken: Paid ad. I may earn a commission if you buy.]</w:t>
      </w:r>
    </w:p>
    <w:p>
      <w:r>
        <w:rPr>
          <w:b w:val="0"/>
          <w:i w:val="0"/>
        </w:rPr>
        <w:t>Button: Learn More</w:t>
      </w:r>
    </w:p>
    <w:p>
      <w:r>
        <w:rPr>
          <w:b w:val="0"/>
          <w:i/>
        </w:rPr>
        <w:t>Send the click to: Your own presell page that tells Jane's story and links to {{AFFILIATE_LINK}}.</w:t>
      </w:r>
    </w:p>
    <w:p>
      <w:r>
        <w:rPr>
          <w:b w:val="0"/>
          <w:i/>
        </w:rPr>
        <w:t>Notes: About 35 seconds spoken. Run it on YouTube or as a Reel; on Meta the same third-person rule applies, so don't add "if this is you". Tick the paid promotion box.</w:t>
      </w:r>
    </w:p>
    <w:p>
      <w:pPr>
        <w:pStyle w:val="Heading2"/>
      </w:pPr>
      <w:r>
        <w:rPr>
          <w:color w:val="182849"/>
        </w:rPr>
        <w:t>Ad 18: Video ad script, The calm, sensible mistake</w:t>
      </w:r>
    </w:p>
    <w:p>
      <w:r>
        <w:rPr>
          <w:b/>
          <w:i w:val="0"/>
        </w:rPr>
        <w:t>Headline: The calm, sensible mistake</w:t>
      </w:r>
    </w:p>
    <w:p>
      <w:r>
        <w:rPr>
          <w:b w:val="0"/>
          <w:i w:val="0"/>
        </w:rPr>
        <w:t>[Scene: a hallway, a packed bag by the stairs, no faces]</w:t>
        <w:br/>
        <w:t>When a marriage gets shaky, one idea sounds calmer than all the others. Some time apart, so both of you can think.</w:t>
      </w:r>
    </w:p>
    <w:p>
      <w:r>
        <w:rPr>
          <w:b w:val="0"/>
          <w:i w:val="0"/>
        </w:rPr>
        <w:t>[Scene: on-screen text: Mistake 6 of 7]</w:t>
        <w:br/>
        <w:t>A marriage course called Save My Marriage Today! puts suggesting a trial separation on its list of the top seven mistakes in a crisis.</w:t>
      </w:r>
    </w:p>
    <w:p>
      <w:r>
        <w:rPr>
          <w:b w:val="0"/>
          <w:i w:val="0"/>
        </w:rPr>
        <w:t>[Scene: the bag being carried back upstairs]</w:t>
        <w:br/>
        <w:t>Begging for forgiveness is on the list too. So is trying to fix everything as quickly as possible.</w:t>
      </w:r>
    </w:p>
    <w:p>
      <w:r>
        <w:rPr>
          <w:b w:val="0"/>
          <w:i w:val="0"/>
        </w:rPr>
        <w:t>[Scene: the Save My Marriage Today! book cover]</w:t>
        <w:br/>
        <w:t>Relationship writer Amy Waterman explains what to do in place of each one. See all seven at the link.</w:t>
      </w:r>
    </w:p>
    <w:p>
      <w:r>
        <w:rPr>
          <w:b w:val="0"/>
          <w:i w:val="0"/>
        </w:rPr>
        <w:t>[On screen and spoken: Paid ad. I may earn a commission if you buy.]</w:t>
      </w:r>
    </w:p>
    <w:p>
      <w:r>
        <w:rPr>
          <w:b w:val="0"/>
          <w:i w:val="0"/>
        </w:rPr>
        <w:t>Button: Learn More</w:t>
      </w:r>
    </w:p>
    <w:p>
      <w:r>
        <w:rPr>
          <w:b w:val="0"/>
          <w:i/>
        </w:rPr>
        <w:t>Send the click to: Your own presell page listing the seven mistakes, linking to {{AFFILIATE_LINK}}.</w:t>
      </w:r>
    </w:p>
    <w:p>
      <w:r>
        <w:rPr>
          <w:b w:val="0"/>
          <w:i/>
        </w:rPr>
        <w:t>Notes: About 30 seconds spoken. On Meta, check the bag shots don't read as aimed at the viewer; if an ad is rejected, swap them for the book cover.</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